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E7DEF" w14:textId="77777777" w:rsidR="00CD0806" w:rsidRDefault="00000000" w:rsidP="00987EEA">
      <w:pPr>
        <w:bidi/>
        <w:spacing w:before="800" w:after="100"/>
        <w:jc w:val="center"/>
        <w:rPr>
          <w:rFonts w:hint="eastAsia"/>
        </w:rPr>
      </w:pPr>
      <w:r>
        <w:rPr>
          <w:b/>
          <w:color w:val="12344D"/>
          <w:sz w:val="52"/>
          <w:szCs w:val="52"/>
          <w:rtl/>
        </w:rPr>
        <w:t>مستند جامع پروژه CRM آتش فراز</w:t>
      </w:r>
    </w:p>
    <w:p w14:paraId="2FE21982" w14:textId="77777777" w:rsidR="00CD0806" w:rsidRDefault="00000000" w:rsidP="00987EEA">
      <w:pPr>
        <w:bidi/>
        <w:spacing w:after="400"/>
        <w:jc w:val="center"/>
        <w:rPr>
          <w:rFonts w:hint="eastAsia"/>
        </w:rPr>
      </w:pPr>
      <w:r>
        <w:rPr>
          <w:color w:val="0277BD"/>
          <w:sz w:val="28"/>
          <w:szCs w:val="28"/>
          <w:rtl/>
        </w:rPr>
        <w:t>معماری، دیتابیس، پنل مدیریت، پنل بازاریاب و برنامه تست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6E24C2D2" w14:textId="77777777">
        <w:tc>
          <w:tcPr>
            <w:tcW w:w="9360" w:type="dxa"/>
            <w:shd w:val="clear" w:color="auto" w:fill="E1F5FE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FF96858" w14:textId="77777777" w:rsidR="00CD0806" w:rsidRDefault="00000000" w:rsidP="00987EEA">
            <w:pPr>
              <w:bidi/>
              <w:spacing w:after="0"/>
              <w:rPr>
                <w:rFonts w:hint="eastAsia"/>
              </w:rPr>
            </w:pPr>
            <w:r>
              <w:rPr>
                <w:b/>
                <w:color w:val="12344D"/>
                <w:szCs w:val="20"/>
                <w:rtl/>
              </w:rPr>
              <w:t xml:space="preserve">هدف سند: </w:t>
            </w:r>
            <w:r>
              <w:rPr>
                <w:color w:val="12344D"/>
                <w:szCs w:val="20"/>
                <w:rtl/>
              </w:rPr>
              <w:t>این سند بر اساس مطالعه فایل‌های PHP، SQL، قالب‌های مشترک، اسکریپت‌های اصلی پنل بازاریاب و ساختار دارایی‌های پروژه تهیه شده است. هدف آن این است که یک فرد فنی یا تستر بتواند بدون حدس‌زدن، سامانه را راه‌اندازی، بررسی و سناریوهای اصلی را اجرا کند.</w:t>
            </w:r>
          </w:p>
        </w:tc>
      </w:tr>
    </w:tbl>
    <w:p w14:paraId="1352DDBD" w14:textId="77777777" w:rsidR="00CD0806" w:rsidRDefault="00CD0806" w:rsidP="00987EEA">
      <w:pPr>
        <w:rPr>
          <w:rFonts w:hint="eastAsia"/>
        </w:rPr>
      </w:pP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CD0806" w14:paraId="151273D4" w14:textId="77777777">
        <w:trPr>
          <w:tblHeader/>
        </w:trPr>
        <w:tc>
          <w:tcPr>
            <w:tcW w:w="250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11616A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مشخصه</w:t>
            </w:r>
          </w:p>
        </w:tc>
        <w:tc>
          <w:tcPr>
            <w:tcW w:w="686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D323D5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مقدار</w:t>
            </w:r>
          </w:p>
        </w:tc>
      </w:tr>
      <w:tr w:rsidR="00CD0806" w14:paraId="415A520F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F2507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نام سامانه</w:t>
            </w:r>
          </w:p>
        </w:tc>
        <w:tc>
          <w:tcPr>
            <w:tcW w:w="6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07191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سامانه اختصاصی بازرگانی آتش فراز</w:t>
            </w:r>
          </w:p>
        </w:tc>
      </w:tr>
      <w:tr w:rsidR="00CD0806" w14:paraId="12DEE89F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0AE6F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نوع پروژه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4B393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CRM و مدیریت مشتری، بازاریاب و توزیع</w:t>
            </w:r>
          </w:p>
        </w:tc>
      </w:tr>
      <w:tr w:rsidR="00CD0806" w14:paraId="353986EE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8ED5F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فناوری اصلی</w:t>
            </w:r>
          </w:p>
        </w:tc>
        <w:tc>
          <w:tcPr>
            <w:tcW w:w="6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B3DD3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PHP سنتی، PDO، MySQL، HTML/CSS/JavaScript</w:t>
            </w:r>
          </w:p>
        </w:tc>
      </w:tr>
      <w:tr w:rsidR="00CD0806" w14:paraId="2A2C2222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FA220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زبان رابط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F8C1B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فارسی، راست‌به‌چپ، تاریخ شمسی در نمایش</w:t>
            </w:r>
          </w:p>
        </w:tc>
      </w:tr>
      <w:tr w:rsidR="00CD0806" w14:paraId="55E0ABDE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2642F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پایگاه داده پیش‌فرض</w:t>
            </w:r>
          </w:p>
        </w:tc>
        <w:tc>
          <w:tcPr>
            <w:tcW w:w="6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E4356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syspakhshdb</w:t>
            </w:r>
          </w:p>
        </w:tc>
      </w:tr>
      <w:tr w:rsidR="00CD0806" w14:paraId="073CA515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2E577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نشانی محلی پیشنهادی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DF293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http://atashfaraz.localhost</w:t>
            </w:r>
          </w:p>
        </w:tc>
      </w:tr>
      <w:tr w:rsidR="00CD0806" w14:paraId="42E55E43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95CD6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نسخه درج‌شده در تنظیمات</w:t>
            </w:r>
          </w:p>
        </w:tc>
        <w:tc>
          <w:tcPr>
            <w:tcW w:w="6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F5B9C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0.1</w:t>
            </w:r>
          </w:p>
        </w:tc>
      </w:tr>
      <w:tr w:rsidR="00CD0806" w14:paraId="1F6163F6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5E0F0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تاریخ بررسی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742FF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۲۲ مرداد ۱۴۰۵ / ۱۳ اوت ۲۰۲۶</w:t>
            </w:r>
          </w:p>
        </w:tc>
      </w:tr>
    </w:tbl>
    <w:p w14:paraId="76449B8C" w14:textId="77777777" w:rsidR="00CD0806" w:rsidRDefault="00CD0806" w:rsidP="00987EEA">
      <w:pPr>
        <w:rPr>
          <w:rFonts w:hint="eastAsia"/>
        </w:rPr>
      </w:pP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266C76CA" w14:textId="77777777">
        <w:tc>
          <w:tcPr>
            <w:tcW w:w="9360" w:type="dxa"/>
            <w:shd w:val="clear" w:color="auto" w:fill="FFF8E1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1103921" w14:textId="77777777" w:rsidR="00CD0806" w:rsidRDefault="00000000" w:rsidP="00987EEA">
            <w:pPr>
              <w:bidi/>
              <w:spacing w:after="0"/>
              <w:rPr>
                <w:rFonts w:hint="eastAsia"/>
              </w:rPr>
            </w:pPr>
            <w:r>
              <w:rPr>
                <w:b/>
                <w:color w:val="6D4C00"/>
                <w:szCs w:val="20"/>
                <w:rtl/>
              </w:rPr>
              <w:t xml:space="preserve">راهنمای خواندن: </w:t>
            </w:r>
            <w:r>
              <w:rPr>
                <w:color w:val="6D4C00"/>
                <w:szCs w:val="20"/>
                <w:rtl/>
              </w:rPr>
              <w:t>در متن سند، عبارت «فعال» یعنی در کد مسیر و پردازش متناظر وجود دارد؛ عبارت «نیازمند بررسی» یعنی از روی ارجاع، ساختار یا رفتار فعلی احتمال نقص، ناسازگاری یا ریسک وجود دارد و باید در تست تأیید شود.</w:t>
            </w:r>
          </w:p>
        </w:tc>
      </w:tr>
    </w:tbl>
    <w:p w14:paraId="2A15E805" w14:textId="77777777" w:rsidR="00CD0806" w:rsidRDefault="00CD0806" w:rsidP="00987EEA">
      <w:pPr>
        <w:rPr>
          <w:rFonts w:hint="eastAsia"/>
        </w:rPr>
      </w:pPr>
    </w:p>
    <w:p w14:paraId="2572C9FB" w14:textId="77777777" w:rsidR="00CD0806" w:rsidRDefault="00000000" w:rsidP="00987EEA">
      <w:pPr>
        <w:rPr>
          <w:rFonts w:hint="eastAsia"/>
        </w:rPr>
      </w:pPr>
      <w:r>
        <w:br w:type="page"/>
      </w:r>
    </w:p>
    <w:p w14:paraId="3FBB6492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lastRenderedPageBreak/>
        <w:t>فهرست فصل‌ها</w:t>
      </w:r>
    </w:p>
    <w:p w14:paraId="130E0C55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۱. خلاصه اجرایی و دامنه بررسی</w:t>
      </w:r>
    </w:p>
    <w:p w14:paraId="1CFBE3CF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۲. معماری و فناوری پروژه</w:t>
      </w:r>
    </w:p>
    <w:p w14:paraId="065F4841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۳. ساختار فایل‌ها و قراردادهای مشترک</w:t>
      </w:r>
    </w:p>
    <w:p w14:paraId="1063A71B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۴. معماری احراز هویت و دسترسی</w:t>
      </w:r>
    </w:p>
    <w:p w14:paraId="5A0E60D8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۵. مدل کامل دیتابیس و روابط</w:t>
      </w:r>
    </w:p>
    <w:p w14:paraId="74A6147C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۶. پنل مدیریت</w:t>
      </w:r>
    </w:p>
    <w:p w14:paraId="226CC6F8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۷. پنل بازاریاب</w:t>
      </w:r>
    </w:p>
    <w:p w14:paraId="4219DD8D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۸. جریان‌های کاری و قواعد کسب‌وکار</w:t>
      </w:r>
    </w:p>
    <w:p w14:paraId="755552AB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۹. راهنمای راه‌اندازی و داده‌های تست</w:t>
      </w:r>
    </w:p>
    <w:p w14:paraId="65517244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۱۰. برنامه تست جامع</w:t>
      </w:r>
    </w:p>
    <w:p w14:paraId="00997632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۱۱. بررسی‌های امنیتی و کیفیتی</w:t>
      </w:r>
    </w:p>
    <w:p w14:paraId="1A580753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۱۲. نواقص، ریسک‌ها و موارد نیازمند تصمیم</w:t>
      </w:r>
    </w:p>
    <w:p w14:paraId="3E1DC69B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۱۳. نقشه مسیرها و فایل‌ها</w:t>
      </w:r>
    </w:p>
    <w:p w14:paraId="17590A48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۱۴. جمع‌بندی عملیاتی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767DBBE9" w14:textId="77777777">
        <w:tc>
          <w:tcPr>
            <w:tcW w:w="9360" w:type="dxa"/>
            <w:shd w:val="clear" w:color="auto" w:fill="F4FAFD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DEC1F68" w14:textId="77777777" w:rsidR="00CD0806" w:rsidRDefault="00000000" w:rsidP="00987EEA">
            <w:pPr>
              <w:bidi/>
              <w:spacing w:after="0"/>
              <w:rPr>
                <w:rFonts w:hint="eastAsia"/>
              </w:rPr>
            </w:pPr>
            <w:r>
              <w:rPr>
                <w:b/>
                <w:color w:val="0277BD"/>
                <w:szCs w:val="20"/>
                <w:rtl/>
              </w:rPr>
              <w:t xml:space="preserve">ترتیب پیشنهادی مطالعه: </w:t>
            </w:r>
            <w:r>
              <w:rPr>
                <w:color w:val="0277BD"/>
                <w:szCs w:val="20"/>
                <w:rtl/>
              </w:rPr>
              <w:t>برای تست بهتر، فصل ۹ را ابتدا اجرا کنید، سپس فصل‌های ۶ و ۷ را به‌ترتیب بخوانید و در پایان فصل ۱۰ را به‌صورت چک‌لیست اجرا کنید.</w:t>
            </w:r>
          </w:p>
        </w:tc>
      </w:tr>
    </w:tbl>
    <w:p w14:paraId="509EBF65" w14:textId="77777777" w:rsidR="00CD0806" w:rsidRDefault="00CD0806" w:rsidP="00987EEA">
      <w:pPr>
        <w:rPr>
          <w:rFonts w:hint="eastAsia"/>
        </w:rPr>
      </w:pPr>
    </w:p>
    <w:p w14:paraId="7521794E" w14:textId="77777777" w:rsidR="00CD0806" w:rsidRDefault="00000000" w:rsidP="00987EEA">
      <w:pPr>
        <w:rPr>
          <w:rFonts w:hint="eastAsia"/>
        </w:rPr>
      </w:pPr>
      <w:r>
        <w:br w:type="page"/>
      </w:r>
    </w:p>
    <w:p w14:paraId="20378998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lastRenderedPageBreak/>
        <w:t>۱. خلاصه اجرایی و دامنه بررسی</w:t>
      </w:r>
    </w:p>
    <w:p w14:paraId="0DA64132" w14:textId="77777777" w:rsidR="00CD0806" w:rsidRDefault="00000000" w:rsidP="00987EEA">
      <w:pPr>
        <w:bidi/>
        <w:rPr>
          <w:rFonts w:hint="eastAsia"/>
        </w:rPr>
      </w:pPr>
      <w:r>
        <w:rPr>
          <w:color w:val="263238"/>
          <w:szCs w:val="20"/>
          <w:rtl/>
        </w:rPr>
        <w:t>پروژه یک CRM سبک و اختصاصی برای مدیریت مشتریان، بازاریاب‌ها و بخشی از عملیات توزیع است. کد بدون فریم‌ورک نوشته شده و هر صفحه PHP بخشی از منطق دریافت داده، اعتبارسنجی، واکشی از دیتابیس و نمایش را هم‌زمان انجام می‌دهد. این روش برای پروژه کوچک و کنترل‌شده قابل استفاده است، اما باعث می‌شود مرز بین لایه نمایش، منطق کسب‌وکار و دسترسی به دیتابیس در برخی فایل‌ها کم‌رنگ باشد.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50"/>
        <w:gridCol w:w="2700"/>
        <w:gridCol w:w="4310"/>
      </w:tblGrid>
      <w:tr w:rsidR="00CD0806" w14:paraId="2C7FC066" w14:textId="77777777">
        <w:trPr>
          <w:tblHeader/>
        </w:trPr>
        <w:tc>
          <w:tcPr>
            <w:tcW w:w="235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1FDEC0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حوزه بررسی</w:t>
            </w:r>
          </w:p>
        </w:tc>
        <w:tc>
          <w:tcPr>
            <w:tcW w:w="27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B13F71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وضعیت پوشش</w:t>
            </w:r>
          </w:p>
        </w:tc>
        <w:tc>
          <w:tcPr>
            <w:tcW w:w="431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DBCE23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نتیجه</w:t>
            </w:r>
          </w:p>
        </w:tc>
      </w:tr>
      <w:tr w:rsidR="00CD0806" w14:paraId="637AF753" w14:textId="77777777">
        <w:tc>
          <w:tcPr>
            <w:tcW w:w="23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04DEE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PHP و منطق سمت سرور</w:t>
            </w:r>
          </w:p>
        </w:tc>
        <w:tc>
          <w:tcPr>
            <w:tcW w:w="27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E8E3B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بررسی فایل‌های اجرایی پروژه</w:t>
            </w:r>
          </w:p>
        </w:tc>
        <w:tc>
          <w:tcPr>
            <w:tcW w:w="43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74D77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مسیرهای login، CRUD، API داخلی و پردازش‌های اصلی مستند شده‌اند.</w:t>
            </w:r>
          </w:p>
        </w:tc>
      </w:tr>
      <w:tr w:rsidR="00CD0806" w14:paraId="60EEB835" w14:textId="77777777">
        <w:tc>
          <w:tcPr>
            <w:tcW w:w="2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6F182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SQL و دیتابیس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FF34D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بررسی 001_initial_schema، 002_required_data و 003_test_data</w:t>
            </w:r>
          </w:p>
        </w:tc>
        <w:tc>
          <w:tcPr>
            <w:tcW w:w="43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9AE27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جداول، کلیدها، وضعیت‌ها، داده‌های پایه و داده تست استخراج شده‌اند.</w:t>
            </w:r>
          </w:p>
        </w:tc>
      </w:tr>
      <w:tr w:rsidR="00CD0806" w14:paraId="5E0F6A5E" w14:textId="77777777">
        <w:tc>
          <w:tcPr>
            <w:tcW w:w="23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1DC64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پنل مدیریت</w:t>
            </w:r>
          </w:p>
        </w:tc>
        <w:tc>
          <w:tcPr>
            <w:tcW w:w="27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4DA49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بررسی ماژول‌های مشتری، کاربران، نقش‌ها، مکان، ناوگان، زون و لاگ</w:t>
            </w:r>
          </w:p>
        </w:tc>
        <w:tc>
          <w:tcPr>
            <w:tcW w:w="43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B0BB5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مسیرهای صفحه، دسترسی و رفتار عملیاتی ثبت شده است.</w:t>
            </w:r>
          </w:p>
        </w:tc>
      </w:tr>
      <w:tr w:rsidR="00CD0806" w14:paraId="101310A4" w14:textId="77777777">
        <w:tc>
          <w:tcPr>
            <w:tcW w:w="2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7084D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پنل بازاریاب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A627F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بررسی تمام فایل‌های marketer و اسکریپت مشترک</w:t>
            </w:r>
          </w:p>
        </w:tc>
        <w:tc>
          <w:tcPr>
            <w:tcW w:w="43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5911F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احراز هویت مستقل، مالکیت مشتری و پیگیری‌ها شرح داده شده است.</w:t>
            </w:r>
          </w:p>
        </w:tc>
      </w:tr>
      <w:tr w:rsidR="00CD0806" w14:paraId="4D44D2C8" w14:textId="77777777">
        <w:tc>
          <w:tcPr>
            <w:tcW w:w="23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722A3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قالب و دارایی‌های رابط</w:t>
            </w:r>
          </w:p>
        </w:tc>
        <w:tc>
          <w:tcPr>
            <w:tcW w:w="27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CB24A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بررسی قالب‌های مشترک و CSS/JS اختصاصی</w:t>
            </w:r>
          </w:p>
        </w:tc>
        <w:tc>
          <w:tcPr>
            <w:tcW w:w="43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49E0E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ساختار layout، RTL، تاریخ شمسی و AJAX شرح داده شده است.</w:t>
            </w:r>
          </w:p>
        </w:tc>
      </w:tr>
      <w:tr w:rsidR="00CD0806" w14:paraId="2B164FF2" w14:textId="77777777">
        <w:tc>
          <w:tcPr>
            <w:tcW w:w="2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57219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فایل‌های vendor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B07D0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فهرست‌برداری و بررسی وابستگی‌های مورد استفاده</w:t>
            </w:r>
          </w:p>
        </w:tc>
        <w:tc>
          <w:tcPr>
            <w:tcW w:w="43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B8D02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جزئیات همه پلاگین‌های غیرمرتبط با منطق کسب‌وکار در این سند تکرار نشده است.</w:t>
            </w:r>
          </w:p>
        </w:tc>
      </w:tr>
    </w:tbl>
    <w:p w14:paraId="1205C06C" w14:textId="77777777" w:rsidR="00CD0806" w:rsidRDefault="00CD0806" w:rsidP="00987EEA">
      <w:pPr>
        <w:rPr>
          <w:rFonts w:hint="eastAsia"/>
        </w:rPr>
      </w:pPr>
    </w:p>
    <w:p w14:paraId="01B3A9FB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۱.۱. نتیجه کلی</w:t>
      </w:r>
    </w:p>
    <w:p w14:paraId="648CC53E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مرکز داده مشتری جدول customers است و برای پنل بازاریاب جدول موازی وجود ندارد.</w:t>
      </w:r>
    </w:p>
    <w:p w14:paraId="0777CB2C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بازاریاب با visitor_id در customers شناخته می‌شود و تاریخچه تغییر مالک در customer_assignments ثبت می‌گردد.</w:t>
      </w:r>
    </w:p>
    <w:p w14:paraId="19BA13D4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چرخه CRM از customer_statuses، customer_status_history، customer_activities و follow_ups تشکیل شده است.</w:t>
      </w:r>
    </w:p>
    <w:p w14:paraId="12977260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پنل مدیریت و پنل بازاریاب از یک users، roles و permissions مشترک استفاده می‌کنند، اما sessionهای جدا دارند.</w:t>
      </w:r>
    </w:p>
    <w:p w14:paraId="570B95DB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بخش ناوگان از vehicles، تخصیص راننده به ماشین و تخصیص ماشین به زون استفاده می‌کند.</w:t>
      </w:r>
    </w:p>
    <w:p w14:paraId="7280C93F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زیرساخت برای ثبت سفارش و حسابداری کامل هنوز در مخزن حاضر نیست؛ accounting_id فقط به‌عنوان شناسه نگهداری می‌شود.</w:t>
      </w:r>
    </w:p>
    <w:p w14:paraId="51B57C28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t>۲. معماری و فناوری پروژه</w:t>
      </w:r>
    </w:p>
    <w:p w14:paraId="3A68F78D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۲.۱. پشته فنی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2800"/>
        <w:gridCol w:w="4760"/>
      </w:tblGrid>
      <w:tr w:rsidR="00CD0806" w14:paraId="481057B8" w14:textId="77777777">
        <w:trPr>
          <w:tblHeader/>
        </w:trPr>
        <w:tc>
          <w:tcPr>
            <w:tcW w:w="18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EDC113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لایه</w:t>
            </w:r>
          </w:p>
        </w:tc>
        <w:tc>
          <w:tcPr>
            <w:tcW w:w="28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14E27A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فناوری/فایل</w:t>
            </w:r>
          </w:p>
        </w:tc>
        <w:tc>
          <w:tcPr>
            <w:tcW w:w="47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411D5D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نقش</w:t>
            </w:r>
          </w:p>
        </w:tc>
      </w:tr>
      <w:tr w:rsidR="00CD0806" w14:paraId="6D9F5869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020D0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lastRenderedPageBreak/>
              <w:t>وب‌سرور</w:t>
            </w:r>
          </w:p>
        </w:tc>
        <w:tc>
          <w:tcPr>
            <w:tcW w:w="2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B9AD1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Apache / VirtualHost</w:t>
            </w:r>
          </w:p>
        </w:tc>
        <w:tc>
          <w:tcPr>
            <w:tcW w:w="47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31268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vhost.txt دامنه محلی atashfaraz.localhost را به ریشه پروژه وصل می‌کند.</w:t>
            </w:r>
          </w:p>
        </w:tc>
      </w:tr>
      <w:tr w:rsidR="00CD0806" w14:paraId="09E57F66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0FB8D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Backend</w:t>
            </w:r>
          </w:p>
        </w:tc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33045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PHP سنتی</w:t>
            </w:r>
          </w:p>
        </w:tc>
        <w:tc>
          <w:tcPr>
            <w:tcW w:w="4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398D1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صفحات وب، endpointهای POST و خروجی‌های JSON.</w:t>
            </w:r>
          </w:p>
        </w:tc>
      </w:tr>
      <w:tr w:rsidR="00CD0806" w14:paraId="6D22B73F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5524B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Database</w:t>
            </w:r>
          </w:p>
        </w:tc>
        <w:tc>
          <w:tcPr>
            <w:tcW w:w="2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6DCD2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MySQL / MariaDB با PDO</w:t>
            </w:r>
          </w:p>
        </w:tc>
        <w:tc>
          <w:tcPr>
            <w:tcW w:w="47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64411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اتصال به syspakhshdb با utf8mb4 و prepared statement.</w:t>
            </w:r>
          </w:p>
        </w:tc>
      </w:tr>
      <w:tr w:rsidR="00CD0806" w14:paraId="00E05743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DCD13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Frontend مدیریت</w:t>
            </w:r>
          </w:p>
        </w:tc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520E7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Bootstrap RTL، jQuery، DataTables، SweetAlert، MetisMenu</w:t>
            </w:r>
          </w:p>
        </w:tc>
        <w:tc>
          <w:tcPr>
            <w:tcW w:w="4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01672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پوسته دسکتاپ و جدول‌های مدیریتی.</w:t>
            </w:r>
          </w:p>
        </w:tc>
      </w:tr>
      <w:tr w:rsidR="00CD0806" w14:paraId="08734151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80491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Frontend بازاریاب</w:t>
            </w:r>
          </w:p>
        </w:tc>
        <w:tc>
          <w:tcPr>
            <w:tcW w:w="2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8076C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CSS اختصاصی marketer-panel.css و JS marketer-panel.js</w:t>
            </w:r>
          </w:p>
        </w:tc>
        <w:tc>
          <w:tcPr>
            <w:tcW w:w="47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58C46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رابط موبایل‌محور و فرم‌های AJAX.</w:t>
            </w:r>
          </w:p>
        </w:tc>
      </w:tr>
      <w:tr w:rsidR="00CD0806" w14:paraId="40A21862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9D861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تقویم</w:t>
            </w:r>
          </w:p>
        </w:tc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2EB72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JDF و Persian Datepicker</w:t>
            </w:r>
          </w:p>
        </w:tc>
        <w:tc>
          <w:tcPr>
            <w:tcW w:w="4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359BA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نمایش شمسی و تبدیل تاریخ شمسی/میلادی.</w:t>
            </w:r>
          </w:p>
        </w:tc>
      </w:tr>
      <w:tr w:rsidR="00CD0806" w14:paraId="18001CAC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8E4DF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فونت</w:t>
            </w:r>
          </w:p>
        </w:tc>
        <w:tc>
          <w:tcPr>
            <w:tcW w:w="2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51682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IranSans، Estedad، Yekan و فونت‌های پروژه</w:t>
            </w:r>
          </w:p>
        </w:tc>
        <w:tc>
          <w:tcPr>
            <w:tcW w:w="47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146F5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نمایش فارسی در پوسته‌های مختلف.</w:t>
            </w:r>
          </w:p>
        </w:tc>
      </w:tr>
      <w:tr w:rsidR="00CD0806" w14:paraId="1D8738D6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58B19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فایل و تصویر</w:t>
            </w:r>
          </w:p>
        </w:tc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A12BF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uploads/shop_images</w:t>
            </w:r>
          </w:p>
        </w:tc>
        <w:tc>
          <w:tcPr>
            <w:tcW w:w="4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21961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ذخیره تصویر فروشگاه مشتری با نام تصادفی.</w:t>
            </w:r>
          </w:p>
        </w:tc>
      </w:tr>
    </w:tbl>
    <w:p w14:paraId="679C3831" w14:textId="77777777" w:rsidR="00CD0806" w:rsidRDefault="00CD0806" w:rsidP="00987EEA">
      <w:pPr>
        <w:rPr>
          <w:rFonts w:hint="eastAsia"/>
        </w:rPr>
      </w:pPr>
    </w:p>
    <w:p w14:paraId="6F249075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۲.۲. الگوی اجرای درخواست</w:t>
      </w:r>
    </w:p>
    <w:p w14:paraId="68C6BE7B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کاربر یک URL صفحه یا endpoint را فراخوانی می‌کند.</w:t>
      </w:r>
    </w:p>
    <w:p w14:paraId="2B8656C4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صفحه session را آغاز می‌کند و فایل‌های تنظیمات، اتصال دیتابیس و توابع مشترک را وارد می‌کند.</w:t>
      </w:r>
    </w:p>
    <w:p w14:paraId="5BBB6E20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در صفحات مدیریت، دسترسی با hasPermission یا requirePermission کنترل می‌شود.</w:t>
      </w:r>
    </w:p>
    <w:p w14:paraId="407CA20F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در پنل بازاریاب، _bootstrap.php نشست ATASH_MARKETER_SESSION، helperها، CSRF و layout را آماده می‌کند.</w:t>
      </w:r>
    </w:p>
    <w:p w14:paraId="0861EA86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داده از MySQL با PDO خوانده یا در تراکنش نوشته می‌شود.</w:t>
      </w:r>
    </w:p>
    <w:p w14:paraId="2F6EDEB0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صفحات مدیریت معمولاً با redirect و query string پیام می‌دهند؛ پنل بازاریاب endpointهای عملیاتی را JSON پاسخ می‌دهد.</w:t>
      </w:r>
    </w:p>
    <w:p w14:paraId="4B61CEC4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تاریخ‌ها در دیتابیس میلادی هستند و هنگام نمایش به شمسی تبدیل می‌شوند.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57EC45F0" w14:textId="77777777">
        <w:tc>
          <w:tcPr>
            <w:tcW w:w="936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462453" w14:textId="77777777" w:rsidR="00CD0806" w:rsidRDefault="00000000" w:rsidP="00987EEA">
            <w:pPr>
              <w:spacing w:after="0" w:line="252" w:lineRule="auto"/>
              <w:ind w:left="115"/>
              <w:rPr>
                <w:rFonts w:hint="eastAsia"/>
              </w:rPr>
            </w:pPr>
            <w:r>
              <w:rPr>
                <w:rFonts w:ascii="Consolas" w:hAnsi="Consolas"/>
                <w:color w:val="263238"/>
                <w:sz w:val="17"/>
              </w:rPr>
              <w:t>Browser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├─ /pages/login.php          → session اصلی مدیریت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├─ /modules/...               → صفحات پنل مدیریت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└─ /marketer/login.php        → session مستقل بازاریاب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                                    ↓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                            core/function.php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                                    ↓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                              PDO / MySQL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                                    ↓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                  customers + CRM + users + fleet + logs</w:t>
            </w:r>
          </w:p>
        </w:tc>
      </w:tr>
    </w:tbl>
    <w:p w14:paraId="1E43F477" w14:textId="77777777" w:rsidR="00CD0806" w:rsidRDefault="00CD0806" w:rsidP="00987EEA">
      <w:pPr>
        <w:rPr>
          <w:rtl/>
        </w:rPr>
      </w:pPr>
    </w:p>
    <w:p w14:paraId="26102B65" w14:textId="77777777" w:rsidR="00987EEA" w:rsidRDefault="00987EEA" w:rsidP="00987EEA">
      <w:pPr>
        <w:rPr>
          <w:rFonts w:hint="eastAsia"/>
        </w:rPr>
      </w:pPr>
    </w:p>
    <w:p w14:paraId="30062F68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۲.۳. تنظیمات اتصال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00"/>
        <w:gridCol w:w="3000"/>
        <w:gridCol w:w="4160"/>
      </w:tblGrid>
      <w:tr w:rsidR="00CD0806" w14:paraId="291CCAB3" w14:textId="77777777">
        <w:trPr>
          <w:tblHeader/>
        </w:trPr>
        <w:tc>
          <w:tcPr>
            <w:tcW w:w="220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5568C4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پارامتر</w:t>
            </w:r>
          </w:p>
        </w:tc>
        <w:tc>
          <w:tcPr>
            <w:tcW w:w="300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A12C0C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مقدار فعلی در کد</w:t>
            </w:r>
          </w:p>
        </w:tc>
        <w:tc>
          <w:tcPr>
            <w:tcW w:w="416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23CA82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ملاحظات تست/استقرار</w:t>
            </w:r>
          </w:p>
        </w:tc>
      </w:tr>
      <w:tr w:rsidR="00CD0806" w14:paraId="09AA0542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98F6F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Host</w:t>
            </w:r>
          </w:p>
        </w:tc>
        <w:tc>
          <w:tcPr>
            <w:tcW w:w="3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47359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localhost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DF2C0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برای سرور واقعی باید از تنظیمات محیطی استفاده شود.</w:t>
            </w:r>
          </w:p>
        </w:tc>
      </w:tr>
      <w:tr w:rsidR="00CD0806" w14:paraId="268C6D26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98653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Database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70616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syspakhshdb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546AA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در ADMIN/sql.php نیز همین نام استفاده شده است.</w:t>
            </w:r>
          </w:p>
        </w:tc>
      </w:tr>
      <w:tr w:rsidR="00CD0806" w14:paraId="030D5F2D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44148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Username</w:t>
            </w:r>
          </w:p>
        </w:tc>
        <w:tc>
          <w:tcPr>
            <w:tcW w:w="3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D49B6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root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5B350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برای تولید ناامن است؛ کاربر محدود دیتابیس ایجاد شود.</w:t>
            </w:r>
          </w:p>
        </w:tc>
      </w:tr>
      <w:tr w:rsidR="00CD0806" w14:paraId="72A5721E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0905D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Password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3196F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خالی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7989B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ریسک جدی در محیط غیرمحلی.</w:t>
            </w:r>
          </w:p>
        </w:tc>
      </w:tr>
      <w:tr w:rsidR="00CD0806" w14:paraId="466F9CB0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17E90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Charset</w:t>
            </w:r>
          </w:p>
        </w:tc>
        <w:tc>
          <w:tcPr>
            <w:tcW w:w="3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537C6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utf8mb4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D81A2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برای فارسی مناسب است.</w:t>
            </w:r>
          </w:p>
        </w:tc>
      </w:tr>
      <w:tr w:rsidR="00CD0806" w14:paraId="2EEF25ED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DADBF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Timezone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3545E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Asia/Tehran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C7B17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در برخی فایل‌ها به‌صورت ASIA/TEHRAN نیز نوشته شده؛ یکسان‌سازی توصیه می‌شود.</w:t>
            </w:r>
          </w:p>
        </w:tc>
      </w:tr>
    </w:tbl>
    <w:p w14:paraId="278EC1D3" w14:textId="77777777" w:rsidR="00CD0806" w:rsidRDefault="00CD0806" w:rsidP="00987EEA">
      <w:pPr>
        <w:rPr>
          <w:rFonts w:hint="eastAsia"/>
        </w:rPr>
      </w:pPr>
    </w:p>
    <w:p w14:paraId="2AAE957E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t>۳. ساختار فایل‌ها و قراردادهای مشترک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100"/>
        <w:gridCol w:w="3100"/>
        <w:gridCol w:w="4160"/>
      </w:tblGrid>
      <w:tr w:rsidR="00CD0806" w14:paraId="75C20C90" w14:textId="77777777">
        <w:trPr>
          <w:tblHeader/>
        </w:trPr>
        <w:tc>
          <w:tcPr>
            <w:tcW w:w="21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A9D473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مسیر</w:t>
            </w:r>
          </w:p>
        </w:tc>
        <w:tc>
          <w:tcPr>
            <w:tcW w:w="31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47F2CE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محتوا</w:t>
            </w:r>
          </w:p>
        </w:tc>
        <w:tc>
          <w:tcPr>
            <w:tcW w:w="41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3A9710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نقطه ورود/نقش</w:t>
            </w:r>
          </w:p>
        </w:tc>
      </w:tr>
      <w:tr w:rsidR="00CD0806" w14:paraId="2B53EC73" w14:textId="77777777">
        <w:tc>
          <w:tcPr>
            <w:tcW w:w="2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68E2A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app_config/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CC01B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db_settings.php و app_settings.php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6A127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اتصال PDO و متغیرهای عمومی سامانه.</w:t>
            </w:r>
          </w:p>
        </w:tc>
      </w:tr>
      <w:tr w:rsidR="00CD0806" w14:paraId="529A2DEB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A2C39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core/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36E44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function.php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DF6E5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توابع مشترک، permission، لاگ، تبدیل تاریخ و helperهای lookup.</w:t>
            </w:r>
          </w:p>
        </w:tc>
      </w:tr>
      <w:tr w:rsidR="00CD0806" w14:paraId="501B8F6E" w14:textId="77777777">
        <w:tc>
          <w:tcPr>
            <w:tcW w:w="2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E0708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templates/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48E06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layout_start/end، navbar، sidebar، header، footer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D68E3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پوسته پنل مدیریت.</w:t>
            </w:r>
          </w:p>
        </w:tc>
      </w:tr>
      <w:tr w:rsidR="00CD0806" w14:paraId="0B10D131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5A3D8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pages/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F8858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login.php و logout.php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28033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احراز هویت و خروج پنل مدیریت.</w:t>
            </w:r>
          </w:p>
        </w:tc>
      </w:tr>
      <w:tr w:rsidR="00CD0806" w14:paraId="3A2016D5" w14:textId="77777777">
        <w:tc>
          <w:tcPr>
            <w:tcW w:w="2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3607B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modules/customers/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D2B2D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CRUD مشتری، پروفایل، پیگیری و تاریخچه بازاریاب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231D1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هسته CRM.</w:t>
            </w:r>
          </w:p>
        </w:tc>
      </w:tr>
      <w:tr w:rsidR="00CD0806" w14:paraId="00BC51A2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18BF8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modules/customerscat/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79335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CRUD دسته‌بندی مشتری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B3E74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مدیریت گروه‌های مشتری.</w:t>
            </w:r>
          </w:p>
        </w:tc>
      </w:tr>
      <w:tr w:rsidR="00CD0806" w14:paraId="2C546F0A" w14:textId="77777777">
        <w:tc>
          <w:tcPr>
            <w:tcW w:w="2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94683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modules/users/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6F51A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CRUD کاربر و پروفایل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9BB3F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مدیریت کاربران، راننده و بازاریاب.</w:t>
            </w:r>
          </w:p>
        </w:tc>
      </w:tr>
      <w:tr w:rsidR="00CD0806" w14:paraId="7967AA00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3497C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modules/roles/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B0135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CRUD نقش و دسترسی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E2230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مدیریت RBAC.</w:t>
            </w:r>
          </w:p>
        </w:tc>
      </w:tr>
      <w:tr w:rsidR="00CD0806" w14:paraId="37263D96" w14:textId="77777777">
        <w:tc>
          <w:tcPr>
            <w:tcW w:w="2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F1B1A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modules/locations/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38D34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CRUD استان و شهر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0EC19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داده‌های جغرافیایی.</w:t>
            </w:r>
          </w:p>
        </w:tc>
      </w:tr>
      <w:tr w:rsidR="00CD0806" w14:paraId="18545FFA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157B0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modules/vehicles/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1CDB8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CRUD ماشین، تخصیص راننده و تاریخچه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1FE30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ناوگان پخش.</w:t>
            </w:r>
          </w:p>
        </w:tc>
      </w:tr>
      <w:tr w:rsidR="00CD0806" w14:paraId="52FD9FA2" w14:textId="77777777">
        <w:tc>
          <w:tcPr>
            <w:tcW w:w="2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F2BFA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modules/zones/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AF4E9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CRUD زون، تخصیص ماشین و مشتریان زون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6710D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مسیر/ناحیه توزیع.</w:t>
            </w:r>
          </w:p>
        </w:tc>
      </w:tr>
      <w:tr w:rsidR="00CD0806" w14:paraId="0B523A1E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E1E53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modules/logs/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224C6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صفحه و API DataTables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D945A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حسابرسی رخدادها.</w:t>
            </w:r>
          </w:p>
        </w:tc>
      </w:tr>
      <w:tr w:rsidR="00CD0806" w14:paraId="02FC0A83" w14:textId="77777777">
        <w:tc>
          <w:tcPr>
            <w:tcW w:w="2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8C539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modules/adminsetting/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6F6E4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تغییر رمز پنل مدیریت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E7142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امنیت حساب کاربری.</w:t>
            </w:r>
          </w:p>
        </w:tc>
      </w:tr>
      <w:tr w:rsidR="00CD0806" w14:paraId="6BD243DF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2BF2D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marketer/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11201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پنل موبایل بازاریاب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09035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مشتریان خود، ثبت مشتری و پیگیری.</w:t>
            </w:r>
          </w:p>
        </w:tc>
      </w:tr>
      <w:tr w:rsidR="00CD0806" w14:paraId="160DCD0A" w14:textId="77777777">
        <w:tc>
          <w:tcPr>
            <w:tcW w:w="2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82BA5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lastRenderedPageBreak/>
              <w:t>ADMIN/sql/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33B76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schema، داده پایه و داده تست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0EF65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نصب دیتابیس.</w:t>
            </w:r>
          </w:p>
        </w:tc>
      </w:tr>
      <w:tr w:rsidR="00CD0806" w14:paraId="4A3AEB35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7FB32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ADMIN/sql.php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08B3B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اجرای فایل SQL و حذف جدول‌ها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E23C9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ابزار نصب/ریست؛ حساس و نیازمند حفاظت.</w:t>
            </w:r>
          </w:p>
        </w:tc>
      </w:tr>
      <w:tr w:rsidR="00CD0806" w14:paraId="2E887361" w14:textId="77777777">
        <w:tc>
          <w:tcPr>
            <w:tcW w:w="2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5E37E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assets/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92949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CSS، JS، فونت، پلاگین و تصاویر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5B6D9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وابستگی‌های frontend.</w:t>
            </w:r>
          </w:p>
        </w:tc>
      </w:tr>
      <w:tr w:rsidR="00CD0806" w14:paraId="6CEB5339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BF203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uploads/shop_images/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42A40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تصاویر آپلودی فروشگاه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9AC10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فایل‌های runtime؛ باید backup و محدودسازی شوند.</w:t>
            </w:r>
          </w:p>
        </w:tc>
      </w:tr>
    </w:tbl>
    <w:p w14:paraId="1AE4A852" w14:textId="77777777" w:rsidR="00CD0806" w:rsidRDefault="00CD0806" w:rsidP="00987EEA">
      <w:pPr>
        <w:rPr>
          <w:rFonts w:hint="eastAsia"/>
        </w:rPr>
      </w:pPr>
    </w:p>
    <w:p w14:paraId="511A19F2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۳.۱. قرارداد layout پنل مدیریت</w:t>
      </w:r>
    </w:p>
    <w:p w14:paraId="71622FAE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هر صفحه معمولاً متغیرهای custom_css و custom_js را تعریف می‌کند.</w:t>
      </w:r>
    </w:p>
    <w:p w14:paraId="5ECC0D16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متغیرهای menuname و pagename برای active شدن منوی sidebar استفاده می‌شوند.</w:t>
      </w:r>
    </w:p>
    <w:p w14:paraId="551EEDF7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layout_start.php session را بررسی و header، navbar و sidebar را باز می‌کند.</w:t>
      </w:r>
    </w:p>
    <w:p w14:paraId="1E9C08EE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layout_end.php footer، modal جست‌وجوی مشتری و footer_js را وارد می‌کند.</w:t>
      </w:r>
    </w:p>
    <w:p w14:paraId="630F5106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برخی فایل‌ها به $_SERVER['DOCUMENT_ROOT'] متکی هستند؛ اجرای پروژه در subdirectory بدون VirtualHost ممکن است مسیرها را خراب کند.</w:t>
      </w:r>
    </w:p>
    <w:p w14:paraId="5DA446B8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۳.۲. قرارداد پنل بازاریاب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6060"/>
      </w:tblGrid>
      <w:tr w:rsidR="00CD0806" w14:paraId="2FEC7A40" w14:textId="77777777">
        <w:trPr>
          <w:tblHeader/>
        </w:trPr>
        <w:tc>
          <w:tcPr>
            <w:tcW w:w="330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39DE22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فایل/تابع</w:t>
            </w:r>
          </w:p>
        </w:tc>
        <w:tc>
          <w:tcPr>
            <w:tcW w:w="606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0B774D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رفتار</w:t>
            </w:r>
          </w:p>
        </w:tc>
      </w:tr>
      <w:tr w:rsidR="00CD0806" w14:paraId="33A8C268" w14:textId="77777777">
        <w:tc>
          <w:tcPr>
            <w:tcW w:w="3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1AB95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marketer/_bootstrap.php</w:t>
            </w:r>
          </w:p>
        </w:tc>
        <w:tc>
          <w:tcPr>
            <w:tcW w:w="60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45325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session جدا، اتصال، escape، JSON، login/permission، CSRF، تاریخ و layout.</w:t>
            </w:r>
          </w:p>
        </w:tc>
      </w:tr>
      <w:tr w:rsidR="00CD0806" w14:paraId="3458442B" w14:textId="77777777"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36D19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marketer_page_start/end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141AE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قالب مشترک، topbar، تاریخ شمسی، bottom navigation و بارگذاری JS.</w:t>
            </w:r>
          </w:p>
        </w:tc>
      </w:tr>
      <w:tr w:rsidR="00CD0806" w14:paraId="1CA2FC47" w14:textId="77777777">
        <w:tc>
          <w:tcPr>
            <w:tcW w:w="3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3BE6F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marketer_json</w:t>
            </w:r>
          </w:p>
        </w:tc>
        <w:tc>
          <w:tcPr>
            <w:tcW w:w="60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182DD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پاسخ JSON با UTF-8 و status code.</w:t>
            </w:r>
          </w:p>
        </w:tc>
      </w:tr>
      <w:tr w:rsidR="00CD0806" w14:paraId="0716A6D8" w14:textId="77777777"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B4F69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marketer_check_csrf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653E5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بررسی hash_equals برای فرم‌های تغییردهنده.</w:t>
            </w:r>
          </w:p>
        </w:tc>
      </w:tr>
      <w:tr w:rsidR="00CD0806" w14:paraId="07AE75C0" w14:textId="77777777">
        <w:tc>
          <w:tcPr>
            <w:tcW w:w="3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0B684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marketer_refresh_next_followup</w:t>
            </w:r>
          </w:p>
        </w:tc>
        <w:tc>
          <w:tcPr>
            <w:tcW w:w="60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ABAA3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کمترین due_at پیگیری pending را در customers.next_follow_up_at ذخیره می‌کند.</w:t>
            </w:r>
          </w:p>
        </w:tc>
      </w:tr>
      <w:tr w:rsidR="00CD0806" w14:paraId="7E2C82A8" w14:textId="77777777"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E7F1D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assets/js/marketer-panel.js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35633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فرم‌های data-marketer-ajax-form را با fetch ارسال و redirect/alert را مدیریت می‌کند.</w:t>
            </w:r>
          </w:p>
        </w:tc>
      </w:tr>
    </w:tbl>
    <w:p w14:paraId="0C9D5807" w14:textId="77777777" w:rsidR="00CD0806" w:rsidRDefault="00CD0806" w:rsidP="00987EEA">
      <w:pPr>
        <w:rPr>
          <w:rtl/>
        </w:rPr>
      </w:pPr>
    </w:p>
    <w:p w14:paraId="189A76D2" w14:textId="77777777" w:rsidR="00987EEA" w:rsidRDefault="00987EEA" w:rsidP="00987EEA">
      <w:pPr>
        <w:rPr>
          <w:rtl/>
        </w:rPr>
      </w:pPr>
    </w:p>
    <w:p w14:paraId="6CDCD74C" w14:textId="77777777" w:rsidR="00987EEA" w:rsidRDefault="00987EEA" w:rsidP="00987EEA">
      <w:pPr>
        <w:rPr>
          <w:rtl/>
        </w:rPr>
      </w:pPr>
    </w:p>
    <w:p w14:paraId="7A16FA24" w14:textId="77777777" w:rsidR="00987EEA" w:rsidRDefault="00987EEA" w:rsidP="00987EEA">
      <w:pPr>
        <w:rPr>
          <w:rtl/>
        </w:rPr>
      </w:pPr>
    </w:p>
    <w:p w14:paraId="02C2A988" w14:textId="77777777" w:rsidR="00987EEA" w:rsidRDefault="00987EEA" w:rsidP="00987EEA">
      <w:pPr>
        <w:rPr>
          <w:rFonts w:hint="eastAsia"/>
        </w:rPr>
      </w:pPr>
    </w:p>
    <w:p w14:paraId="0B46B4BA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lastRenderedPageBreak/>
        <w:t>۴. معماری احراز هویت و دسترسی</w:t>
      </w:r>
    </w:p>
    <w:p w14:paraId="328FEF2E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۴.۱. ورود پنل مدیریت</w:t>
      </w:r>
    </w:p>
    <w:p w14:paraId="56D7869C" w14:textId="77777777" w:rsidR="00CD0806" w:rsidRDefault="00000000" w:rsidP="00987EEA">
      <w:pPr>
        <w:pStyle w:val="ListNumber"/>
        <w:numPr>
          <w:ilvl w:val="0"/>
          <w:numId w:val="10"/>
        </w:numPr>
        <w:tabs>
          <w:tab w:val="clear" w:pos="360"/>
          <w:tab w:val="num" w:pos="590"/>
        </w:tabs>
        <w:bidi/>
        <w:spacing w:after="80"/>
        <w:ind w:left="590" w:right="144"/>
        <w:rPr>
          <w:rFonts w:hint="eastAsia"/>
        </w:rPr>
      </w:pPr>
      <w:r w:rsidRPr="00987EEA">
        <w:rPr>
          <w:color w:val="263238"/>
          <w:szCs w:val="20"/>
          <w:rtl/>
        </w:rPr>
        <w:t>pages/login.php نام کاربری را در users جست‌وجو می‌کند.</w:t>
      </w:r>
    </w:p>
    <w:p w14:paraId="2553F2C7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password_verify رمز bcrypt را بررسی می‌کند.</w:t>
      </w:r>
    </w:p>
    <w:p w14:paraId="2095898C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کاربر باید status برابر active داشته باشد؛ pending، blocked و inactive پیام متفاوت دارند.</w:t>
      </w:r>
    </w:p>
    <w:p w14:paraId="23CA7DC1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session_regenerate_id(true) اجرا می‌شود.</w:t>
      </w:r>
    </w:p>
    <w:p w14:paraId="2A4709F0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نقش‌ها از user_roles و permissions از user_roles → role_permissions → permissions خوانده می‌شوند.</w:t>
      </w:r>
    </w:p>
    <w:p w14:paraId="104ECFCC" w14:textId="1ABABCBC" w:rsidR="00987EEA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در session کلیدهای user_id، roles، role_slugs، permissions و permission_slugs ذخیره می‌شوند.</w:t>
      </w:r>
    </w:p>
    <w:p w14:paraId="158E3878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last_login_at به‌روزرسانی و رخداد ورود در logs ثبت می‌شود.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36764E9F" w14:textId="77777777">
        <w:tc>
          <w:tcPr>
            <w:tcW w:w="9360" w:type="dxa"/>
            <w:shd w:val="clear" w:color="auto" w:fill="FFEBEE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C190234" w14:textId="77777777" w:rsidR="00CD0806" w:rsidRDefault="00000000" w:rsidP="00987EEA">
            <w:pPr>
              <w:bidi/>
              <w:spacing w:after="0"/>
              <w:rPr>
                <w:rFonts w:hint="eastAsia"/>
              </w:rPr>
            </w:pPr>
            <w:r>
              <w:rPr>
                <w:b/>
                <w:color w:val="B71C1C"/>
                <w:szCs w:val="20"/>
                <w:rtl/>
              </w:rPr>
              <w:t xml:space="preserve">یافته مهم: </w:t>
            </w:r>
            <w:r>
              <w:rPr>
                <w:color w:val="B71C1C"/>
                <w:szCs w:val="20"/>
                <w:rtl/>
              </w:rPr>
              <w:t>در کد فعلی ورود اصلی صرفاً به active بودن کاربر و صحت رمز متکی است و در خود login.php مجوز panel.login را enforce نمی‌کند. تست باید مشخص کند آیا این رفتار عمدی است یا باید اصلاح شود.</w:t>
            </w:r>
          </w:p>
        </w:tc>
      </w:tr>
    </w:tbl>
    <w:p w14:paraId="73B2F968" w14:textId="77777777" w:rsidR="00CD0806" w:rsidRDefault="00CD0806" w:rsidP="00987EEA">
      <w:pPr>
        <w:rPr>
          <w:rFonts w:hint="eastAsia"/>
        </w:rPr>
      </w:pPr>
    </w:p>
    <w:p w14:paraId="34170E35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۴.۲. ورود پنل بازاریاب</w:t>
      </w:r>
    </w:p>
    <w:p w14:paraId="7388D1CE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marketer/login.php فقط کاربری را می‌پذیرد که role با slug=visitor داشته باشد.</w:t>
      </w:r>
    </w:p>
    <w:p w14:paraId="62E5C1C5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همان کاربر باید permission با slug=marketer.panel.login داشته باشد.</w:t>
      </w:r>
    </w:p>
    <w:p w14:paraId="23479F2D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status کاربر باید active باشد.</w:t>
      </w:r>
    </w:p>
    <w:p w14:paraId="0DB23773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session با نام ATASH_MARKETER_SESSION ساخته و permission slugها در marketer_permission_slugs ذخیره می‌شوند.</w:t>
      </w:r>
    </w:p>
    <w:p w14:paraId="0905EFCD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CSRF token مستقل برای session بازاریاب ساخته می‌شود.</w:t>
      </w:r>
    </w:p>
    <w:p w14:paraId="43CD47B7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۴.۳. نقش‌ها و دسترسی‌های پایه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1900"/>
        <w:gridCol w:w="2550"/>
        <w:gridCol w:w="3010"/>
      </w:tblGrid>
      <w:tr w:rsidR="00CD0806" w14:paraId="6F804405" w14:textId="77777777">
        <w:trPr>
          <w:tblHeader/>
        </w:trPr>
        <w:tc>
          <w:tcPr>
            <w:tcW w:w="19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4512D2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نقش</w:t>
            </w:r>
          </w:p>
        </w:tc>
        <w:tc>
          <w:tcPr>
            <w:tcW w:w="19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EFC5E0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slug</w:t>
            </w:r>
          </w:p>
        </w:tc>
        <w:tc>
          <w:tcPr>
            <w:tcW w:w="255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86F612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وضعیت پیش‌فرض در SQL</w:t>
            </w:r>
          </w:p>
        </w:tc>
        <w:tc>
          <w:tcPr>
            <w:tcW w:w="301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9AE642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کاربرد</w:t>
            </w:r>
          </w:p>
        </w:tc>
      </w:tr>
      <w:tr w:rsidR="00CD0806" w14:paraId="04F0D360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BE700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مدیر سیستم</w:t>
            </w:r>
          </w:p>
        </w:tc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DD5C7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superadmin</w:t>
            </w:r>
          </w:p>
        </w:tc>
        <w:tc>
          <w:tcPr>
            <w:tcW w:w="25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32295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تمام دسترسی‌های پایه و مدیریتی</w:t>
            </w:r>
          </w:p>
        </w:tc>
        <w:tc>
          <w:tcPr>
            <w:tcW w:w="30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68A0E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مدیریت کامل سامانه.</w:t>
            </w:r>
          </w:p>
        </w:tc>
      </w:tr>
      <w:tr w:rsidR="00CD0806" w14:paraId="129A9891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E9B24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کارشناس سیستم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688A8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system_expert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9672B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رکورد نقش وجود دارد؛ دسترسی‌ها باید بررسی/تخصیص داده شوند.</w:t>
            </w:r>
          </w:p>
        </w:tc>
        <w:tc>
          <w:tcPr>
            <w:tcW w:w="30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BBE05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مدیریت عملیاتی CRM در نظر گرفته شده.</w:t>
            </w:r>
          </w:p>
        </w:tc>
      </w:tr>
      <w:tr w:rsidR="00CD0806" w14:paraId="6EF90342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DBAB2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ناظر</w:t>
            </w:r>
          </w:p>
        </w:tc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428F2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supervisor</w:t>
            </w:r>
          </w:p>
        </w:tc>
        <w:tc>
          <w:tcPr>
            <w:tcW w:w="25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7B832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رکورد نقش وجود دارد؛ دسترسی پایه کامل در seed نیست.</w:t>
            </w:r>
          </w:p>
        </w:tc>
        <w:tc>
          <w:tcPr>
            <w:tcW w:w="30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63EFF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نقش سازمانی پیشنهادی.</w:t>
            </w:r>
          </w:p>
        </w:tc>
      </w:tr>
      <w:tr w:rsidR="00CD0806" w14:paraId="6CC571C6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FEEDD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حسابدار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F73C7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accountant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D7F95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رکورد نقش وجود دارد؛ دسترسی‌ها باید تنظیم شوند.</w:t>
            </w:r>
          </w:p>
        </w:tc>
        <w:tc>
          <w:tcPr>
            <w:tcW w:w="30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84B94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نقش سازمانی پیشنهادی.</w:t>
            </w:r>
          </w:p>
        </w:tc>
      </w:tr>
      <w:tr w:rsidR="00CD0806" w14:paraId="7357BD67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AA989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کمک حسابدار</w:t>
            </w:r>
          </w:p>
        </w:tc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AD973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assistant_accountant</w:t>
            </w:r>
          </w:p>
        </w:tc>
        <w:tc>
          <w:tcPr>
            <w:tcW w:w="25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8F5DF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رکورد نقش وجود دارد؛ دسترسی‌ها باید تنظیم شوند.</w:t>
            </w:r>
          </w:p>
        </w:tc>
        <w:tc>
          <w:tcPr>
            <w:tcW w:w="30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14BB0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نقش سازمانی پیشنهادی.</w:t>
            </w:r>
          </w:p>
        </w:tc>
      </w:tr>
      <w:tr w:rsidR="00CD0806" w14:paraId="17C17714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0A0BA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انباردار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6E13F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warehouse_keeper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00756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رکورد نقش وجود دارد؛ دسترسی‌ها باید تنظیم شوند.</w:t>
            </w:r>
          </w:p>
        </w:tc>
        <w:tc>
          <w:tcPr>
            <w:tcW w:w="30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A38F6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نقش سازمانی پیشنهادی.</w:t>
            </w:r>
          </w:p>
        </w:tc>
      </w:tr>
      <w:tr w:rsidR="00CD0806" w14:paraId="587D3371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01FC2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lastRenderedPageBreak/>
              <w:t>بازاریاب</w:t>
            </w:r>
          </w:p>
        </w:tc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324AD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visitor</w:t>
            </w:r>
          </w:p>
        </w:tc>
        <w:tc>
          <w:tcPr>
            <w:tcW w:w="25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6EE83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permissionهای پنل بازاریاب</w:t>
            </w:r>
          </w:p>
        </w:tc>
        <w:tc>
          <w:tcPr>
            <w:tcW w:w="30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CF36F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مشاهده مشتری خود، ثبت مشتری و پیگیری.</w:t>
            </w:r>
          </w:p>
        </w:tc>
      </w:tr>
      <w:tr w:rsidR="00CD0806" w14:paraId="4D7BC6F1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2B646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راننده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B84C1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driver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4AF0E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رکورد نقش؛ دسترسی‌های صفحه‌ای باید تنظیم شوند.</w:t>
            </w:r>
          </w:p>
        </w:tc>
        <w:tc>
          <w:tcPr>
            <w:tcW w:w="30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09C29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انتساب به ماشین و عملیات توزیع.</w:t>
            </w:r>
          </w:p>
        </w:tc>
      </w:tr>
    </w:tbl>
    <w:p w14:paraId="208BF786" w14:textId="77777777" w:rsidR="00CD0806" w:rsidRDefault="00CD0806" w:rsidP="00987EEA">
      <w:pPr>
        <w:rPr>
          <w:rFonts w:hint="eastAsia"/>
        </w:rPr>
      </w:pPr>
    </w:p>
    <w:p w14:paraId="34A39FB4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۴.۴. مدل RBAC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23AEA7A0" w14:textId="77777777">
        <w:tc>
          <w:tcPr>
            <w:tcW w:w="936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3295EF" w14:textId="77777777" w:rsidR="00CD0806" w:rsidRDefault="00000000" w:rsidP="00987EEA">
            <w:pPr>
              <w:spacing w:after="0" w:line="252" w:lineRule="auto"/>
              <w:ind w:left="115"/>
              <w:rPr>
                <w:rFonts w:hint="eastAsia"/>
              </w:rPr>
            </w:pPr>
            <w:r>
              <w:rPr>
                <w:rFonts w:ascii="Consolas" w:hAnsi="Consolas"/>
                <w:color w:val="263238"/>
                <w:sz w:val="17"/>
              </w:rPr>
              <w:t>users ──&lt; user_roles &gt;── roles ──&lt; role_permissions &gt;── permissions</w:t>
            </w:r>
            <w:r>
              <w:rPr>
                <w:rFonts w:ascii="Consolas" w:hAnsi="Consolas"/>
                <w:color w:val="263238"/>
                <w:sz w:val="17"/>
              </w:rPr>
              <w:br/>
            </w:r>
            <w:r>
              <w:rPr>
                <w:rFonts w:ascii="Consolas" w:hAnsi="Consolas"/>
                <w:color w:val="263238"/>
                <w:sz w:val="17"/>
              </w:rPr>
              <w:br/>
              <w:t>session اصلی: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user_id + role_slugs + permission_slugs</w:t>
            </w:r>
            <w:r>
              <w:rPr>
                <w:rFonts w:ascii="Consolas" w:hAnsi="Consolas"/>
                <w:color w:val="263238"/>
                <w:sz w:val="17"/>
              </w:rPr>
              <w:br/>
            </w:r>
            <w:r>
              <w:rPr>
                <w:rFonts w:ascii="Consolas" w:hAnsi="Consolas"/>
                <w:color w:val="263238"/>
                <w:sz w:val="17"/>
              </w:rPr>
              <w:br/>
              <w:t>session بازاریاب: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marketer_user_id + marketer_permission_slugs + marketer_csrf</w:t>
            </w:r>
          </w:p>
        </w:tc>
      </w:tr>
    </w:tbl>
    <w:p w14:paraId="7E6168A2" w14:textId="77777777" w:rsidR="00CD0806" w:rsidRDefault="00CD0806" w:rsidP="00987EEA">
      <w:pPr>
        <w:rPr>
          <w:rFonts w:hint="eastAsia"/>
        </w:rPr>
      </w:pPr>
    </w:p>
    <w:p w14:paraId="79F801F0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t>۵. مدل کامل دیتابیس و روابط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5C055213" w14:textId="77777777">
        <w:tc>
          <w:tcPr>
            <w:tcW w:w="9360" w:type="dxa"/>
            <w:shd w:val="clear" w:color="auto" w:fill="FFF8E1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A6F5464" w14:textId="77777777" w:rsidR="00CD0806" w:rsidRDefault="00000000" w:rsidP="00987EEA">
            <w:pPr>
              <w:bidi/>
              <w:spacing w:after="0"/>
              <w:rPr>
                <w:rFonts w:hint="eastAsia"/>
              </w:rPr>
            </w:pPr>
            <w:r>
              <w:rPr>
                <w:b/>
                <w:color w:val="6D4C00"/>
                <w:szCs w:val="20"/>
                <w:rtl/>
              </w:rPr>
              <w:t xml:space="preserve">ترتیب نصب: </w:t>
            </w:r>
            <w:r>
              <w:rPr>
                <w:color w:val="6D4C00"/>
                <w:szCs w:val="20"/>
                <w:rtl/>
              </w:rPr>
              <w:t>ترتیب نصب رسمی فایل‌ها: 001_initial_schema.sql سپس 002_required_data.sql و در صورت نیاز 003_test_data.sql. اجرای دوباره 001 روی دیتابیس موجود به‌دلیل ALTERهای بدون شرط می‌تواند خطا بدهد؛ برای نصب تکراری، دیتابیس را پاک یا migration را idempotent کنید.</w:t>
            </w:r>
          </w:p>
        </w:tc>
      </w:tr>
    </w:tbl>
    <w:p w14:paraId="532A8342" w14:textId="77777777" w:rsidR="00CD0806" w:rsidRDefault="00CD0806" w:rsidP="00987EEA">
      <w:pPr>
        <w:rPr>
          <w:rFonts w:hint="eastAsia"/>
        </w:rPr>
      </w:pPr>
    </w:p>
    <w:p w14:paraId="20FA6B72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۵.۱. نقشه روابط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7EFF5CF3" w14:textId="77777777">
        <w:tc>
          <w:tcPr>
            <w:tcW w:w="936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F8C08B" w14:textId="77777777" w:rsidR="00CD0806" w:rsidRDefault="00000000" w:rsidP="00987EEA">
            <w:pPr>
              <w:spacing w:after="0" w:line="252" w:lineRule="auto"/>
              <w:ind w:left="115"/>
              <w:rPr>
                <w:rFonts w:hint="eastAsia"/>
              </w:rPr>
            </w:pPr>
            <w:r>
              <w:rPr>
                <w:rFonts w:ascii="Consolas" w:hAnsi="Consolas"/>
                <w:color w:val="263238"/>
                <w:sz w:val="17"/>
              </w:rPr>
              <w:t>provinces_list 1 ──&lt; provinces_cities</w:t>
            </w:r>
            <w:r>
              <w:rPr>
                <w:rFonts w:ascii="Consolas" w:hAnsi="Consolas"/>
                <w:color w:val="263238"/>
                <w:sz w:val="17"/>
              </w:rPr>
              <w:br/>
              <w:t>customers_cat 1 ──&lt; customers</w:t>
            </w:r>
            <w:r>
              <w:rPr>
                <w:rFonts w:ascii="Consolas" w:hAnsi="Consolas"/>
                <w:color w:val="263238"/>
                <w:sz w:val="17"/>
              </w:rPr>
              <w:br/>
              <w:t>zones 1 ──&lt; customers</w:t>
            </w:r>
            <w:r>
              <w:rPr>
                <w:rFonts w:ascii="Consolas" w:hAnsi="Consolas"/>
                <w:color w:val="263238"/>
                <w:sz w:val="17"/>
              </w:rPr>
              <w:br/>
              <w:t>users 1 ──&lt; customers (created_by / visitor_id)</w:t>
            </w:r>
            <w:r>
              <w:rPr>
                <w:rFonts w:ascii="Consolas" w:hAnsi="Consolas"/>
                <w:color w:val="263238"/>
                <w:sz w:val="17"/>
              </w:rPr>
              <w:br/>
              <w:t>users N ──N roles        via user_roles</w:t>
            </w:r>
            <w:r>
              <w:rPr>
                <w:rFonts w:ascii="Consolas" w:hAnsi="Consolas"/>
                <w:color w:val="263238"/>
                <w:sz w:val="17"/>
              </w:rPr>
              <w:br/>
              <w:t>roles N ──N permissions   via role_permissions</w:t>
            </w:r>
            <w:r>
              <w:rPr>
                <w:rFonts w:ascii="Consolas" w:hAnsi="Consolas"/>
                <w:color w:val="263238"/>
                <w:sz w:val="17"/>
              </w:rPr>
              <w:br/>
              <w:t>vehicles N ──N users      via vehicle_driver_assignments (history)</w:t>
            </w:r>
            <w:r>
              <w:rPr>
                <w:rFonts w:ascii="Consolas" w:hAnsi="Consolas"/>
                <w:color w:val="263238"/>
                <w:sz w:val="17"/>
              </w:rPr>
              <w:br/>
              <w:t>zones N ──N vehicles      via zone_vehicle_assignments (history)</w:t>
            </w:r>
            <w:r>
              <w:rPr>
                <w:rFonts w:ascii="Consolas" w:hAnsi="Consolas"/>
                <w:color w:val="263238"/>
                <w:sz w:val="17"/>
              </w:rPr>
              <w:br/>
              <w:t>zones N ──N users         via zone_drivers (legacy/direct driver history)</w:t>
            </w:r>
            <w:r>
              <w:rPr>
                <w:rFonts w:ascii="Consolas" w:hAnsi="Consolas"/>
                <w:color w:val="263238"/>
                <w:sz w:val="17"/>
              </w:rPr>
              <w:br/>
              <w:t>customers 1 ──&lt; customer_assignments</w:t>
            </w:r>
            <w:r>
              <w:rPr>
                <w:rFonts w:ascii="Consolas" w:hAnsi="Consolas"/>
                <w:color w:val="263238"/>
                <w:sz w:val="17"/>
              </w:rPr>
              <w:br/>
              <w:t>customers 1 ──&lt; customer_status_history</w:t>
            </w:r>
            <w:r>
              <w:rPr>
                <w:rFonts w:ascii="Consolas" w:hAnsi="Consolas"/>
                <w:color w:val="263238"/>
                <w:sz w:val="17"/>
              </w:rPr>
              <w:br/>
              <w:t>customers 1 ──&lt; customer_activities</w:t>
            </w:r>
            <w:r>
              <w:rPr>
                <w:rFonts w:ascii="Consolas" w:hAnsi="Consolas"/>
                <w:color w:val="263238"/>
                <w:sz w:val="17"/>
              </w:rPr>
              <w:br/>
              <w:t>customers 1 ──&lt; follow_ups</w:t>
            </w:r>
            <w:r>
              <w:rPr>
                <w:rFonts w:ascii="Consolas" w:hAnsi="Consolas"/>
                <w:color w:val="263238"/>
                <w:sz w:val="17"/>
              </w:rPr>
              <w:br/>
              <w:t>users 1 ──&lt; follow_ups (assigned_to / created_by / completed_by)</w:t>
            </w:r>
            <w:r>
              <w:rPr>
                <w:rFonts w:ascii="Consolas" w:hAnsi="Consolas"/>
                <w:color w:val="263238"/>
                <w:sz w:val="17"/>
              </w:rPr>
              <w:br/>
              <w:t>users 1 ──&lt; logs (nullable)</w:t>
            </w:r>
          </w:p>
        </w:tc>
      </w:tr>
    </w:tbl>
    <w:p w14:paraId="259DC8EB" w14:textId="77777777" w:rsidR="00CD0806" w:rsidRDefault="00CD0806" w:rsidP="00987EEA">
      <w:pPr>
        <w:rPr>
          <w:rtl/>
        </w:rPr>
      </w:pPr>
    </w:p>
    <w:p w14:paraId="55B2DCB3" w14:textId="77777777" w:rsidR="00987EEA" w:rsidRDefault="00987EEA" w:rsidP="00987EEA">
      <w:pPr>
        <w:rPr>
          <w:rtl/>
        </w:rPr>
      </w:pPr>
    </w:p>
    <w:p w14:paraId="58A07654" w14:textId="77777777" w:rsidR="00987EEA" w:rsidRDefault="00987EEA" w:rsidP="00987EEA">
      <w:pPr>
        <w:rPr>
          <w:rFonts w:hint="eastAsia"/>
        </w:rPr>
      </w:pPr>
    </w:p>
    <w:p w14:paraId="3131B5EA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۵.۲. جدول‌های جغرافیا و دسته‌بندی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100"/>
        <w:gridCol w:w="2850"/>
        <w:gridCol w:w="2300"/>
        <w:gridCol w:w="2110"/>
      </w:tblGrid>
      <w:tr w:rsidR="00CD0806" w14:paraId="1388941E" w14:textId="77777777">
        <w:trPr>
          <w:tblHeader/>
        </w:trPr>
        <w:tc>
          <w:tcPr>
            <w:tcW w:w="21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1CA3FA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جدول</w:t>
            </w:r>
          </w:p>
        </w:tc>
        <w:tc>
          <w:tcPr>
            <w:tcW w:w="285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BA315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ستون‌های مهم</w:t>
            </w:r>
          </w:p>
        </w:tc>
        <w:tc>
          <w:tcPr>
            <w:tcW w:w="23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3C40BC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کلید/قید</w:t>
            </w:r>
          </w:p>
        </w:tc>
        <w:tc>
          <w:tcPr>
            <w:tcW w:w="211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8C398B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رفتار حذف</w:t>
            </w:r>
          </w:p>
        </w:tc>
      </w:tr>
      <w:tr w:rsidR="00CD0806" w14:paraId="7BE1BA61" w14:textId="77777777">
        <w:tc>
          <w:tcPr>
            <w:tcW w:w="2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A6F7D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provinces_list</w:t>
            </w:r>
          </w:p>
        </w:tc>
        <w:tc>
          <w:tcPr>
            <w:tcW w:w="28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800FF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id، name، ordered</w:t>
            </w:r>
          </w:p>
        </w:tc>
        <w:tc>
          <w:tcPr>
            <w:tcW w:w="2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F1243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PK روی id</w:t>
            </w:r>
          </w:p>
        </w:tc>
        <w:tc>
          <w:tcPr>
            <w:tcW w:w="21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070F4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حذف استان، شهرهای وابسته را CASCADE می‌کند؛ UI قبل از حذف وجود شهر/مشتری را می‌سنجد.</w:t>
            </w:r>
          </w:p>
        </w:tc>
      </w:tr>
      <w:tr w:rsidR="00CD0806" w14:paraId="7312A249" w14:textId="77777777"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B8263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provinces_cities</w:t>
            </w:r>
          </w:p>
        </w:tc>
        <w:tc>
          <w:tcPr>
            <w:tcW w:w="2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9F7D2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id، prov_id، name، ordered</w:t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91F5B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FK prov_id → provinces_list.id</w:t>
            </w:r>
          </w:p>
        </w:tc>
        <w:tc>
          <w:tcPr>
            <w:tcW w:w="2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8C93E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 حذف استان حذف می‌شود.</w:t>
            </w:r>
          </w:p>
        </w:tc>
      </w:tr>
      <w:tr w:rsidR="00CD0806" w14:paraId="343BCD0E" w14:textId="77777777">
        <w:tc>
          <w:tcPr>
            <w:tcW w:w="2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E8D28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customers_cat</w:t>
            </w:r>
          </w:p>
        </w:tc>
        <w:tc>
          <w:tcPr>
            <w:tcW w:w="28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E0DF8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id، name، descri، status، soft_deleted</w:t>
            </w:r>
          </w:p>
        </w:tc>
        <w:tc>
          <w:tcPr>
            <w:tcW w:w="2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EB31A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PK؛ soft delete مفهومی</w:t>
            </w:r>
          </w:p>
        </w:tc>
        <w:tc>
          <w:tcPr>
            <w:tcW w:w="21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DBB85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به‌دلیل FK مشتری، دسته دارای مشتری حذف نمی‌شود.</w:t>
            </w:r>
          </w:p>
        </w:tc>
      </w:tr>
    </w:tbl>
    <w:p w14:paraId="40CF17B0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۵.۳. کاربران و RBAC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3150"/>
        <w:gridCol w:w="4310"/>
      </w:tblGrid>
      <w:tr w:rsidR="00CD0806" w14:paraId="043B5AAE" w14:textId="77777777">
        <w:trPr>
          <w:tblHeader/>
        </w:trPr>
        <w:tc>
          <w:tcPr>
            <w:tcW w:w="19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CC947A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جدول</w:t>
            </w:r>
          </w:p>
        </w:tc>
        <w:tc>
          <w:tcPr>
            <w:tcW w:w="315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68E87C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ستون‌های مهم</w:t>
            </w:r>
          </w:p>
        </w:tc>
        <w:tc>
          <w:tcPr>
            <w:tcW w:w="431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ABA08E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روابط</w:t>
            </w:r>
          </w:p>
        </w:tc>
      </w:tr>
      <w:tr w:rsidR="00CD0806" w14:paraId="41E8D6C7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1278A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users</w:t>
            </w:r>
          </w:p>
        </w:tc>
        <w:tc>
          <w:tcPr>
            <w:tcW w:w="31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ACC99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username یکتا، password، full_name، mobile یکتا، status، last_login_at</w:t>
            </w:r>
          </w:p>
        </w:tc>
        <w:tc>
          <w:tcPr>
            <w:tcW w:w="43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BF3F3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مرجع نقش، مشتری، راننده، لاگ و پیگیری.</w:t>
            </w:r>
          </w:p>
        </w:tc>
      </w:tr>
      <w:tr w:rsidR="00CD0806" w14:paraId="2B7EE9A8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847A2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roles</w:t>
            </w:r>
          </w:p>
        </w:tc>
        <w:tc>
          <w:tcPr>
            <w:tcW w:w="3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4F905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name یکتا، slug یکتا، description</w:t>
            </w:r>
          </w:p>
        </w:tc>
        <w:tc>
          <w:tcPr>
            <w:tcW w:w="43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61802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N به N با users و permissions.</w:t>
            </w:r>
          </w:p>
        </w:tc>
      </w:tr>
      <w:tr w:rsidR="00CD0806" w14:paraId="4FA7EDBD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D6AB6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permissions</w:t>
            </w:r>
          </w:p>
        </w:tc>
        <w:tc>
          <w:tcPr>
            <w:tcW w:w="31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7B1C7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name، slug یکتا، description</w:t>
            </w:r>
          </w:p>
        </w:tc>
        <w:tc>
          <w:tcPr>
            <w:tcW w:w="43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FFA69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از طریق role_permissions به نقش متصل می‌شود.</w:t>
            </w:r>
          </w:p>
        </w:tc>
      </w:tr>
      <w:tr w:rsidR="00CD0806" w14:paraId="24B80A3D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584C8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user_roles</w:t>
            </w:r>
          </w:p>
        </w:tc>
        <w:tc>
          <w:tcPr>
            <w:tcW w:w="3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7D450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user_id، role_id</w:t>
            </w:r>
          </w:p>
        </w:tc>
        <w:tc>
          <w:tcPr>
            <w:tcW w:w="43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CD801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uq_user_role؛ حذف کاربر/نقش CASCADE.</w:t>
            </w:r>
          </w:p>
        </w:tc>
      </w:tr>
      <w:tr w:rsidR="00CD0806" w14:paraId="4D02B70C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6D80C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role_permissions</w:t>
            </w:r>
          </w:p>
        </w:tc>
        <w:tc>
          <w:tcPr>
            <w:tcW w:w="31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F1479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role_id، permission_id</w:t>
            </w:r>
          </w:p>
        </w:tc>
        <w:tc>
          <w:tcPr>
            <w:tcW w:w="43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54B07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uq_role_permission؛ حذف نقش/مجوز CASCADE.</w:t>
            </w:r>
          </w:p>
        </w:tc>
      </w:tr>
      <w:tr w:rsidR="00CD0806" w14:paraId="7517B06A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351DE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logs</w:t>
            </w:r>
          </w:p>
        </w:tc>
        <w:tc>
          <w:tcPr>
            <w:tcW w:w="3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C8F8E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user_id nullable، log_type، log_event، ip_address، created_at</w:t>
            </w:r>
          </w:p>
        </w:tc>
        <w:tc>
          <w:tcPr>
            <w:tcW w:w="43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0111E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user_id با ON DELETE SET NULL.</w:t>
            </w:r>
          </w:p>
        </w:tc>
      </w:tr>
    </w:tbl>
    <w:p w14:paraId="779C45D0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۵.۴. ناوگان و توزیع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00"/>
        <w:gridCol w:w="3200"/>
        <w:gridCol w:w="3760"/>
      </w:tblGrid>
      <w:tr w:rsidR="00CD0806" w14:paraId="012FDEE1" w14:textId="77777777">
        <w:trPr>
          <w:tblHeader/>
        </w:trPr>
        <w:tc>
          <w:tcPr>
            <w:tcW w:w="24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2F3E0A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جدول</w:t>
            </w:r>
          </w:p>
        </w:tc>
        <w:tc>
          <w:tcPr>
            <w:tcW w:w="32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6BDAAD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فیلدهای مهم</w:t>
            </w:r>
          </w:p>
        </w:tc>
        <w:tc>
          <w:tcPr>
            <w:tcW w:w="37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B0FEE7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قواعد عملیاتی</w:t>
            </w:r>
          </w:p>
        </w:tc>
      </w:tr>
      <w:tr w:rsidR="00CD0806" w14:paraId="0A545D4B" w14:textId="77777777"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8613F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zones</w:t>
            </w:r>
          </w:p>
        </w:tc>
        <w:tc>
          <w:tcPr>
            <w:tcW w:w="3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B997D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name، area_name، description، status</w:t>
            </w:r>
          </w:p>
        </w:tc>
        <w:tc>
          <w:tcPr>
            <w:tcW w:w="37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04058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نام در process یکتا بررسی می‌شود؛ status عددی ۰/۱.</w:t>
            </w:r>
          </w:p>
        </w:tc>
      </w:tr>
      <w:tr w:rsidR="00CD0806" w14:paraId="62044086" w14:textId="77777777"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8BAC8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vehicles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66D6A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vehicle_code یکتا، plate_number یکتا، vehicle_type، ownership_type، status</w:t>
            </w:r>
          </w:p>
        </w:tc>
        <w:tc>
          <w:tcPr>
            <w:tcW w:w="3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45275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وضعیت active/inactive/maintenance.</w:t>
            </w:r>
          </w:p>
        </w:tc>
      </w:tr>
      <w:tr w:rsidR="00CD0806" w14:paraId="5B6F9E1D" w14:textId="77777777"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2C4CC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vehicle_driver_assignments</w:t>
            </w:r>
          </w:p>
        </w:tc>
        <w:tc>
          <w:tcPr>
            <w:tcW w:w="3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8AC1B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vehicle_id، driver_id، assigned_from، assigned_to، status</w:t>
            </w:r>
          </w:p>
        </w:tc>
        <w:tc>
          <w:tcPr>
            <w:tcW w:w="37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37602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فقط یک تخصیص active فعلی از طریق process نگهداری می‌شود.</w:t>
            </w:r>
          </w:p>
        </w:tc>
      </w:tr>
      <w:tr w:rsidR="00CD0806" w14:paraId="3C27EE40" w14:textId="77777777"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11AD5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zone_vehicle_assignments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34485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zone_id، vehicle_id، assigned_from، assigned_to، status</w:t>
            </w:r>
          </w:p>
        </w:tc>
        <w:tc>
          <w:tcPr>
            <w:tcW w:w="3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C7E1A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یک ماشین نمی‌تواند هم‌زمان در دو زون فعال باشد.</w:t>
            </w:r>
          </w:p>
        </w:tc>
      </w:tr>
      <w:tr w:rsidR="00CD0806" w14:paraId="268C6FC0" w14:textId="77777777"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EBE46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zone_drivers</w:t>
            </w:r>
          </w:p>
        </w:tc>
        <w:tc>
          <w:tcPr>
            <w:tcW w:w="3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A5B3B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zone_id، driver_id، is_primary، status، assigned_from</w:t>
            </w:r>
          </w:p>
        </w:tc>
        <w:tc>
          <w:tcPr>
            <w:tcW w:w="37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EB14D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جدول قدیمی/سازگاری؛ UI جدید بیشتر از تخصیص ماشین استفاده می‌کند.</w:t>
            </w:r>
          </w:p>
        </w:tc>
      </w:tr>
    </w:tbl>
    <w:p w14:paraId="74A7F030" w14:textId="77777777" w:rsidR="00CD0806" w:rsidRDefault="00CD0806" w:rsidP="00987EEA">
      <w:pPr>
        <w:rPr>
          <w:rFonts w:hint="eastAsia"/>
        </w:rPr>
      </w:pPr>
    </w:p>
    <w:p w14:paraId="69B660AA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۵.۵. جدول customers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3650"/>
        <w:gridCol w:w="3810"/>
      </w:tblGrid>
      <w:tr w:rsidR="00CD0806" w14:paraId="6670B245" w14:textId="77777777">
        <w:trPr>
          <w:tblHeader/>
        </w:trPr>
        <w:tc>
          <w:tcPr>
            <w:tcW w:w="19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A74416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دسته اطلاعات</w:t>
            </w:r>
          </w:p>
        </w:tc>
        <w:tc>
          <w:tcPr>
            <w:tcW w:w="365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EBA9CD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ستون‌ها</w:t>
            </w:r>
          </w:p>
        </w:tc>
        <w:tc>
          <w:tcPr>
            <w:tcW w:w="381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DE04F3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قاعده/توضیح</w:t>
            </w:r>
          </w:p>
        </w:tc>
      </w:tr>
      <w:tr w:rsidR="00CD0806" w14:paraId="7A2D1268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73F2A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هویتی</w:t>
            </w:r>
          </w:p>
        </w:tc>
        <w:tc>
          <w:tcPr>
            <w:tcW w:w="36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30FEF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shop_name، owner_name، national_code، economic_code، birthday، shop_image</w:t>
            </w:r>
          </w:p>
        </w:tc>
        <w:tc>
          <w:tcPr>
            <w:tcW w:w="38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B1D46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owner_name و mobile در منطق برنامه ضروری هستند؛ national_code الگوریتمی بررسی می‌شود.</w:t>
            </w:r>
          </w:p>
        </w:tc>
      </w:tr>
      <w:tr w:rsidR="00CD0806" w14:paraId="2E67DB10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280E1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تماس</w:t>
            </w:r>
          </w:p>
        </w:tc>
        <w:tc>
          <w:tcPr>
            <w:tcW w:w="3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B0D72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mobile، phone، alternative_mobile، phone_verified_at، password</w:t>
            </w:r>
          </w:p>
        </w:tc>
        <w:tc>
          <w:tcPr>
            <w:tcW w:w="3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39D9D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mobile اصلی یکتا و با 09 + 9 رقم اعتبارسنجی می‌شود.</w:t>
            </w:r>
          </w:p>
        </w:tc>
      </w:tr>
      <w:tr w:rsidR="00CD0806" w14:paraId="4B772075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4BBE3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مکان</w:t>
            </w:r>
          </w:p>
        </w:tc>
        <w:tc>
          <w:tcPr>
            <w:tcW w:w="36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CE2AA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province_id، city_id، address، postal_code، latitude، longitude</w:t>
            </w:r>
          </w:p>
        </w:tc>
        <w:tc>
          <w:tcPr>
            <w:tcW w:w="38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4782F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city باید با province انتخاب‌شده هم‌خوان باشد.</w:t>
            </w:r>
          </w:p>
        </w:tc>
      </w:tr>
      <w:tr w:rsidR="00CD0806" w14:paraId="1604BBF3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24F83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دسته و وضعیت</w:t>
            </w:r>
          </w:p>
        </w:tc>
        <w:tc>
          <w:tcPr>
            <w:tcW w:w="3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53AD1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customer_category_id، status، profile_status، lifecycle_status_id</w:t>
            </w:r>
          </w:p>
        </w:tc>
        <w:tc>
          <w:tcPr>
            <w:tcW w:w="3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2484B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status وضعیت دسترسی است؛ lifecycle_status وضعیت CRM است.</w:t>
            </w:r>
          </w:p>
        </w:tc>
      </w:tr>
      <w:tr w:rsidR="00CD0806" w14:paraId="3B6E5602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AB0DB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مالکیت CRM</w:t>
            </w:r>
          </w:p>
        </w:tc>
        <w:tc>
          <w:tcPr>
            <w:tcW w:w="36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3A781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visitor_id، created_by، lead_source، first_contact_at، first_purchase_at، last_activity_at، next_follow_up_at، lost_at، lost_reason</w:t>
            </w:r>
          </w:p>
        </w:tc>
        <w:tc>
          <w:tcPr>
            <w:tcW w:w="38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1E6DF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visitor_id مالک فعلی و customer_assignments تاریخچه است.</w:t>
            </w:r>
          </w:p>
        </w:tc>
      </w:tr>
      <w:tr w:rsidR="00CD0806" w14:paraId="3033903D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E64F1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فروش و توزیع</w:t>
            </w:r>
          </w:p>
        </w:tc>
        <w:tc>
          <w:tcPr>
            <w:tcW w:w="3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73E57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zone_id، visit_days، delivery_note، payment_type، credit_limit، settlement_days، customer_grade</w:t>
            </w:r>
          </w:p>
        </w:tc>
        <w:tc>
          <w:tcPr>
            <w:tcW w:w="38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36D91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در پنل بازاریاب فقط بخشی از این فیلدها قابل ثبت است.</w:t>
            </w:r>
          </w:p>
        </w:tc>
      </w:tr>
      <w:tr w:rsidR="00CD0806" w14:paraId="7A063D85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314D2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تجهیزات/یادداشت</w:t>
            </w:r>
          </w:p>
        </w:tc>
        <w:tc>
          <w:tcPr>
            <w:tcW w:w="36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6A949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has_company_equipment، equipment_note، notes</w:t>
            </w:r>
          </w:p>
        </w:tc>
        <w:tc>
          <w:tcPr>
            <w:tcW w:w="38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D37A4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بخش توزیع/اطلاعات تکمیلی.</w:t>
            </w:r>
          </w:p>
        </w:tc>
      </w:tr>
    </w:tbl>
    <w:p w14:paraId="5C7307B5" w14:textId="77777777" w:rsidR="00CD0806" w:rsidRDefault="00CD0806" w:rsidP="00987EEA">
      <w:pPr>
        <w:rPr>
          <w:rFonts w:hint="eastAsia"/>
        </w:rPr>
      </w:pPr>
    </w:p>
    <w:p w14:paraId="43FB9647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۵.۶. وضعیت‌های CRM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2900"/>
        <w:gridCol w:w="1800"/>
        <w:gridCol w:w="2860"/>
      </w:tblGrid>
      <w:tr w:rsidR="00CD0806" w14:paraId="782B03A4" w14:textId="77777777">
        <w:trPr>
          <w:tblHeader/>
        </w:trPr>
        <w:tc>
          <w:tcPr>
            <w:tcW w:w="18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C0EE5F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slug</w:t>
            </w:r>
          </w:p>
        </w:tc>
        <w:tc>
          <w:tcPr>
            <w:tcW w:w="29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857E69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عنوان</w:t>
            </w:r>
          </w:p>
        </w:tc>
        <w:tc>
          <w:tcPr>
            <w:tcW w:w="18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4F826D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رنگ seed</w:t>
            </w:r>
          </w:p>
        </w:tc>
        <w:tc>
          <w:tcPr>
            <w:tcW w:w="28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4B41E1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رفتار فعلی</w:t>
            </w:r>
          </w:p>
        </w:tc>
      </w:tr>
      <w:tr w:rsidR="00CD0806" w14:paraId="068B52D6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379F8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lead</w:t>
            </w:r>
          </w:p>
        </w:tc>
        <w:tc>
          <w:tcPr>
            <w:tcW w:w="2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F05FC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سرنخ</w:t>
            </w:r>
          </w:p>
        </w:tc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98202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secondary</w:t>
            </w:r>
          </w:p>
        </w:tc>
        <w:tc>
          <w:tcPr>
            <w:tcW w:w="2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173CF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برای توسعه چرخه اولیه.</w:t>
            </w:r>
          </w:p>
        </w:tc>
      </w:tr>
      <w:tr w:rsidR="00CD0806" w14:paraId="71DE8ED1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F5939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potential</w:t>
            </w:r>
          </w:p>
        </w:tc>
        <w:tc>
          <w:tcPr>
            <w:tcW w:w="2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2AE18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مشتری بالقوه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1A558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info</w:t>
            </w:r>
          </w:p>
        </w:tc>
        <w:tc>
          <w:tcPr>
            <w:tcW w:w="2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4EF37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وضعیت پیش‌فرض ثبت مشتری از هر دو پنل.</w:t>
            </w:r>
          </w:p>
        </w:tc>
      </w:tr>
      <w:tr w:rsidR="00CD0806" w14:paraId="1E22568D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19DFE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</w:t>
            </w:r>
          </w:p>
        </w:tc>
        <w:tc>
          <w:tcPr>
            <w:tcW w:w="2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AED9F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مشتری واقعی</w:t>
            </w:r>
          </w:p>
        </w:tc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EC8BB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success</w:t>
            </w:r>
          </w:p>
        </w:tc>
        <w:tc>
          <w:tcPr>
            <w:tcW w:w="2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B796D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هنگام انتخاب، first_purchase_at در ویرایش پر می‌شود.</w:t>
            </w:r>
          </w:p>
        </w:tc>
      </w:tr>
      <w:tr w:rsidR="00CD0806" w14:paraId="05D2D4D7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5F2BA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inactive</w:t>
            </w:r>
          </w:p>
        </w:tc>
        <w:tc>
          <w:tcPr>
            <w:tcW w:w="2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1A6F2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کم‌فعال / نیازمند پیگیری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265C2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warning</w:t>
            </w:r>
          </w:p>
        </w:tc>
        <w:tc>
          <w:tcPr>
            <w:tcW w:w="2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AA42D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فعلاً تغییر دستی؛ job خودکار وجود ندارد.</w:t>
            </w:r>
          </w:p>
        </w:tc>
      </w:tr>
      <w:tr w:rsidR="00CD0806" w14:paraId="4D328252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3BE3B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lost</w:t>
            </w:r>
          </w:p>
        </w:tc>
        <w:tc>
          <w:tcPr>
            <w:tcW w:w="2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9B5D4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از دست رفته</w:t>
            </w:r>
          </w:p>
        </w:tc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571A3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danger</w:t>
            </w:r>
          </w:p>
        </w:tc>
        <w:tc>
          <w:tcPr>
            <w:tcW w:w="2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94A95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دلیل از دست رفتن اجباری و lost_at ثبت می‌شود.</w:t>
            </w:r>
          </w:p>
        </w:tc>
      </w:tr>
    </w:tbl>
    <w:p w14:paraId="25BE5157" w14:textId="77777777" w:rsidR="00CD0806" w:rsidRDefault="00CD0806" w:rsidP="00987EEA">
      <w:pPr>
        <w:rPr>
          <w:rFonts w:hint="eastAsia"/>
        </w:rPr>
      </w:pPr>
    </w:p>
    <w:p w14:paraId="1143505F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۵.۷. فعالیت و پیگیری</w:t>
      </w:r>
    </w:p>
    <w:tbl>
      <w:tblPr>
        <w:tblStyle w:val="TableGrid"/>
        <w:tblW w:w="95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3500"/>
        <w:gridCol w:w="3560"/>
      </w:tblGrid>
      <w:tr w:rsidR="00CD0806" w14:paraId="3E460266" w14:textId="77777777">
        <w:trPr>
          <w:tblHeader/>
        </w:trPr>
        <w:tc>
          <w:tcPr>
            <w:tcW w:w="25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6F1737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جدول</w:t>
            </w:r>
          </w:p>
        </w:tc>
        <w:tc>
          <w:tcPr>
            <w:tcW w:w="35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DA767D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فیلدهای مهم</w:t>
            </w:r>
          </w:p>
        </w:tc>
        <w:tc>
          <w:tcPr>
            <w:tcW w:w="35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008D9F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چرخه</w:t>
            </w:r>
          </w:p>
        </w:tc>
      </w:tr>
      <w:tr w:rsidR="00CD0806" w14:paraId="4285A652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D6E3A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customer_status_history</w:t>
            </w:r>
          </w:p>
        </w:tc>
        <w:tc>
          <w:tcPr>
            <w:tcW w:w="3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E7C33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old_status_id، new_status_id، changed_by، reason، created_at</w:t>
            </w:r>
          </w:p>
        </w:tc>
        <w:tc>
          <w:tcPr>
            <w:tcW w:w="3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3947D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 ثبت مشتری یک رکورد اولیه و با تغییر lifecycle یک رکورد جدید.</w:t>
            </w:r>
          </w:p>
        </w:tc>
      </w:tr>
      <w:tr w:rsidR="00CD0806" w14:paraId="32BDC259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4A7FD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customer_activities</w:t>
            </w:r>
          </w:p>
        </w:tc>
        <w:tc>
          <w:tcPr>
            <w:tcW w:w="3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18269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performed_by، activity_type، activity_at، result، note</w:t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8D388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ویزیت اولیه و فعالیت حاصل از complete پیگیری.</w:t>
            </w:r>
          </w:p>
        </w:tc>
      </w:tr>
      <w:tr w:rsidR="00CD0806" w14:paraId="7ADF5D5F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D5921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follow_ups</w:t>
            </w:r>
          </w:p>
        </w:tc>
        <w:tc>
          <w:tcPr>
            <w:tcW w:w="3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53752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assigned_to، due_at، follow_up_type، status، result، note، completed_at، completed_by، created_by</w:t>
            </w:r>
          </w:p>
        </w:tc>
        <w:tc>
          <w:tcPr>
            <w:tcW w:w="3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C2DE8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pending → done یا cancelled در پنل مدیریت؛ پنل بازاریاب فقط pending → done.</w:t>
            </w:r>
          </w:p>
        </w:tc>
      </w:tr>
    </w:tbl>
    <w:p w14:paraId="660DF18E" w14:textId="77777777" w:rsidR="00CD0806" w:rsidRDefault="00CD0806" w:rsidP="00987EEA">
      <w:pPr>
        <w:rPr>
          <w:rFonts w:hint="eastAsia"/>
        </w:rPr>
      </w:pPr>
    </w:p>
    <w:p w14:paraId="3FF8D217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۵.۸. قواعد حذف و یکپارچگی</w:t>
      </w:r>
    </w:p>
    <w:p w14:paraId="47A09FB6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customers_cat دارای مشتری قابل حذف نیست؛ FK نیز ON DELETE RESTRICT است.</w:t>
      </w:r>
    </w:p>
    <w:p w14:paraId="781BDD69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حذف استان در سطح DB می‌تواند شهرها را cascade کند، اما process برنامه وجود شهر/مشتری را بررسی و حذف را منع می‌کند.</w:t>
      </w:r>
    </w:p>
    <w:p w14:paraId="6009EC3F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حذف کاربر از نظر دیتابیس روی برخی روابط CASCADE و روی برخی RESTRICT یا SET NULL است؛ قبل از حذف کاربر اثر آن بررسی شود.</w:t>
      </w:r>
    </w:p>
    <w:p w14:paraId="77B90453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حذف مشتری، assignment، status history، activity و followupهای وابسته را به‌صورت cascade حذف می‌کند؛ در محیط واقعی بهتر است حذف سخت محدود شود.</w:t>
      </w:r>
    </w:p>
    <w:p w14:paraId="0FE7E362" w14:textId="77777777" w:rsidR="00CD0806" w:rsidRPr="00987EEA" w:rsidRDefault="00000000" w:rsidP="00987EEA">
      <w:pPr>
        <w:pStyle w:val="ListBullet"/>
        <w:bidi/>
        <w:spacing w:after="60"/>
        <w:ind w:right="144" w:hanging="230"/>
      </w:pPr>
      <w:r>
        <w:rPr>
          <w:color w:val="263238"/>
          <w:szCs w:val="20"/>
          <w:rtl/>
        </w:rPr>
        <w:t>تاریخچه تخصیص‌ها با پایان دادن رکورد قبلی و درج رکورد جدید حفظ می‌شود؛ قید یکتایی فعال در سطح دیتابیس وجود ندارد و process باید مرجع باشد.</w:t>
      </w:r>
    </w:p>
    <w:p w14:paraId="31783C32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551D3894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5A8C33D2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378AFC36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45F72DDA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3D24B3F9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1517C733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0D7EAA62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775C79EB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63E401A3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029A969D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6F481CA6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14420D72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41CF1ADA" w14:textId="77777777" w:rsidR="00987EEA" w:rsidRDefault="00987EEA" w:rsidP="00987EEA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Fonts w:hint="eastAsia"/>
        </w:rPr>
      </w:pPr>
    </w:p>
    <w:p w14:paraId="4E0AEA90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lastRenderedPageBreak/>
        <w:t>۶. پنل مدیریت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7CC98A85" w14:textId="77777777">
        <w:tc>
          <w:tcPr>
            <w:tcW w:w="9360" w:type="dxa"/>
            <w:shd w:val="clear" w:color="auto" w:fill="E1F5FE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3D5667D" w14:textId="77777777" w:rsidR="00CD0806" w:rsidRDefault="00000000" w:rsidP="00987EEA">
            <w:pPr>
              <w:bidi/>
              <w:spacing w:after="0"/>
              <w:rPr>
                <w:rFonts w:hint="eastAsia"/>
              </w:rPr>
            </w:pPr>
            <w:r>
              <w:rPr>
                <w:b/>
                <w:color w:val="12344D"/>
                <w:szCs w:val="20"/>
                <w:rtl/>
              </w:rPr>
              <w:t xml:space="preserve">اصل تست پنل مدیریت: </w:t>
            </w:r>
            <w:r>
              <w:rPr>
                <w:color w:val="12344D"/>
                <w:szCs w:val="20"/>
                <w:rtl/>
              </w:rPr>
              <w:t>پنل مدیریت از مسیر pages/login.php وارد می‌شود و صفحات اصلی در modules قرار دارند. نمایش منو با permission انجام می‌شود، اما برای تست باید هم پنهان شدن منو و هم جلوگیری سمت سرور با URL مستقیم بررسی شود.</w:t>
            </w:r>
          </w:p>
        </w:tc>
      </w:tr>
    </w:tbl>
    <w:p w14:paraId="5AD40A99" w14:textId="77777777" w:rsidR="00CD0806" w:rsidRDefault="00CD0806" w:rsidP="00987EEA">
      <w:pPr>
        <w:rPr>
          <w:rFonts w:hint="eastAsia"/>
        </w:rPr>
      </w:pPr>
    </w:p>
    <w:p w14:paraId="13A77A35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۶.۱. داشبورد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1900"/>
        <w:gridCol w:w="3000"/>
        <w:gridCol w:w="1960"/>
      </w:tblGrid>
      <w:tr w:rsidR="00CD0806" w14:paraId="6DA66907" w14:textId="77777777">
        <w:trPr>
          <w:tblHeader/>
        </w:trPr>
        <w:tc>
          <w:tcPr>
            <w:tcW w:w="25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0808F1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مسیر</w:t>
            </w:r>
          </w:p>
        </w:tc>
        <w:tc>
          <w:tcPr>
            <w:tcW w:w="19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4BB62E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مجوز</w:t>
            </w:r>
          </w:p>
        </w:tc>
        <w:tc>
          <w:tcPr>
            <w:tcW w:w="30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98D821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رفتار فعلی</w:t>
            </w:r>
          </w:p>
        </w:tc>
        <w:tc>
          <w:tcPr>
            <w:tcW w:w="19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A84686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تست</w:t>
            </w:r>
          </w:p>
        </w:tc>
      </w:tr>
      <w:tr w:rsidR="00CD0806" w14:paraId="71B93DB6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18366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/modules/dashboard/</w:t>
            </w:r>
          </w:p>
        </w:tc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EB761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dashboard.view</w:t>
            </w:r>
          </w:p>
        </w:tc>
        <w:tc>
          <w:tcPr>
            <w:tcW w:w="3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1F23E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صفحه پایه؛ بخشی از خروجی فعلی چاپ session و متن تست permission است.</w:t>
            </w:r>
          </w:p>
        </w:tc>
        <w:tc>
          <w:tcPr>
            <w:tcW w:w="19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B242C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ورود با کاربر مجاز/غیرمجاز و بررسی عدم نمایش اطلاعات session.</w:t>
            </w:r>
          </w:p>
        </w:tc>
      </w:tr>
    </w:tbl>
    <w:p w14:paraId="6A815265" w14:textId="77777777" w:rsidR="00CD0806" w:rsidRDefault="00CD0806" w:rsidP="00987EEA">
      <w:pPr>
        <w:rPr>
          <w:rFonts w:hint="eastAsia"/>
        </w:rPr>
      </w:pPr>
    </w:p>
    <w:p w14:paraId="7E42E074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۶.۲. مدیریت مشتریان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100"/>
        <w:gridCol w:w="2400"/>
        <w:gridCol w:w="3860"/>
      </w:tblGrid>
      <w:tr w:rsidR="00CD0806" w14:paraId="5D1C3166" w14:textId="77777777">
        <w:trPr>
          <w:tblHeader/>
        </w:trPr>
        <w:tc>
          <w:tcPr>
            <w:tcW w:w="31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A9B454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صفحه</w:t>
            </w:r>
          </w:p>
        </w:tc>
        <w:tc>
          <w:tcPr>
            <w:tcW w:w="24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77F3D4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مجوز اصلی</w:t>
            </w:r>
          </w:p>
        </w:tc>
        <w:tc>
          <w:tcPr>
            <w:tcW w:w="38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D1C269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قابلیت</w:t>
            </w:r>
          </w:p>
        </w:tc>
      </w:tr>
      <w:tr w:rsidR="00CD0806" w14:paraId="1BAF4636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A00E9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modules/customers/index.php</w:t>
            </w:r>
          </w:p>
        </w:tc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5D80D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customers.modules</w:t>
            </w:r>
          </w:p>
        </w:tc>
        <w:tc>
          <w:tcPr>
            <w:tcW w:w="3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248FD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صفحه عملیات مشتریان و لینک‌های دسترسی‌محور.</w:t>
            </w:r>
          </w:p>
        </w:tc>
      </w:tr>
      <w:tr w:rsidR="00CD0806" w14:paraId="79B178A9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2538F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modules/customers/list.php</w:t>
            </w:r>
          </w:p>
        </w:tc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065FA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customers.fulllist</w:t>
            </w:r>
          </w:p>
        </w:tc>
        <w:tc>
          <w:tcPr>
            <w:tcW w:w="3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9044F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لیست کامل، فیلتر دسته‌بندی، DataTables و export Excel/PDF.</w:t>
            </w:r>
          </w:p>
        </w:tc>
      </w:tr>
      <w:tr w:rsidR="00CD0806" w14:paraId="5BC3546B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6EE48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modules/customers/add.php</w:t>
            </w:r>
          </w:p>
        </w:tc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42EA7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customers.add</w:t>
            </w:r>
          </w:p>
        </w:tc>
        <w:tc>
          <w:tcPr>
            <w:tcW w:w="3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2A7B2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فرم کامل مشتری؛ دسته، هویت، عکس، تماس، مکان، مالی، توزیع و CRM.</w:t>
            </w:r>
          </w:p>
        </w:tc>
      </w:tr>
      <w:tr w:rsidR="00CD0806" w14:paraId="1E93D936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8A711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modules/customers/edit.php</w:t>
            </w:r>
          </w:p>
        </w:tc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22B3D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مجوزهای جزئی</w:t>
            </w:r>
          </w:p>
        </w:tc>
        <w:tc>
          <w:tcPr>
            <w:tcW w:w="3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590EA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فرم بخش‌بندی‌شده با قفل کردن فیلدها بر اساس permission.</w:t>
            </w:r>
          </w:p>
        </w:tc>
      </w:tr>
      <w:tr w:rsidR="00CD0806" w14:paraId="40E5EB8E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00BD7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modules/customers/profile.php</w:t>
            </w:r>
          </w:p>
        </w:tc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7157B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customers.profile</w:t>
            </w:r>
          </w:p>
        </w:tc>
        <w:tc>
          <w:tcPr>
            <w:tcW w:w="3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3E1CD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نمایش مشخصات، تاریخچه CRM، assignment، activities و followups.</w:t>
            </w:r>
          </w:p>
        </w:tc>
      </w:tr>
      <w:tr w:rsidR="00CD0806" w14:paraId="3C65813B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8A72F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modules/customers/followups.php</w:t>
            </w:r>
          </w:p>
        </w:tc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683E8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customers.followups.view/manage</w:t>
            </w:r>
          </w:p>
        </w:tc>
        <w:tc>
          <w:tcPr>
            <w:tcW w:w="3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34672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لیست، فیلتر، ایجاد، انجام و لغو پیگیری.</w:t>
            </w:r>
          </w:p>
        </w:tc>
      </w:tr>
      <w:tr w:rsidR="00CD0806" w14:paraId="0268C331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1B944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modules/customers/visitor_change_list.php</w:t>
            </w:r>
          </w:p>
        </w:tc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13DAC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customers.visitor.assignments.log.view</w:t>
            </w:r>
          </w:p>
        </w:tc>
        <w:tc>
          <w:tcPr>
            <w:tcW w:w="3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BC071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تاریخچه تخصیص بازاریاب به مشتری.</w:t>
            </w:r>
          </w:p>
        </w:tc>
      </w:tr>
      <w:tr w:rsidR="00CD0806" w14:paraId="438D40C9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14ED5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modules/customers/process_customer.php</w:t>
            </w:r>
          </w:p>
        </w:tc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E3135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customers.modules + جزئی</w:t>
            </w:r>
          </w:p>
        </w:tc>
        <w:tc>
          <w:tcPr>
            <w:tcW w:w="3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6923C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endpoint JSON برای شهرها، ثبت مشتری و ویرایش مشتری.</w:t>
            </w:r>
          </w:p>
        </w:tc>
      </w:tr>
      <w:tr w:rsidR="00CD0806" w14:paraId="6219F0AC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FB362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modules/customers/followups_process.php</w:t>
            </w:r>
          </w:p>
        </w:tc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59A63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customers.modules + manage</w:t>
            </w:r>
          </w:p>
        </w:tc>
        <w:tc>
          <w:tcPr>
            <w:tcW w:w="3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4BB98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endpoint JSON برای ساخت، انجام و لغو پیگیری.</w:t>
            </w:r>
          </w:p>
        </w:tc>
      </w:tr>
    </w:tbl>
    <w:p w14:paraId="1832D4E6" w14:textId="77777777" w:rsidR="00CD0806" w:rsidRDefault="00CD0806" w:rsidP="00987EEA">
      <w:pPr>
        <w:rPr>
          <w:rFonts w:hint="eastAsia"/>
        </w:rPr>
      </w:pPr>
    </w:p>
    <w:p w14:paraId="711E29EF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۶.۳. فرم ثبت/ویرایش مشتری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3850"/>
        <w:gridCol w:w="3710"/>
      </w:tblGrid>
      <w:tr w:rsidR="00CD0806" w14:paraId="5DB88AEB" w14:textId="77777777">
        <w:trPr>
          <w:tblHeader/>
        </w:trPr>
        <w:tc>
          <w:tcPr>
            <w:tcW w:w="18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3BA060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بخش فرم</w:t>
            </w:r>
          </w:p>
        </w:tc>
        <w:tc>
          <w:tcPr>
            <w:tcW w:w="385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8441BD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فیلدهای شاخص</w:t>
            </w:r>
          </w:p>
        </w:tc>
        <w:tc>
          <w:tcPr>
            <w:tcW w:w="371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DAD8B5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اعتبارسنجی/رفتار</w:t>
            </w:r>
          </w:p>
        </w:tc>
      </w:tr>
      <w:tr w:rsidR="00CD0806" w14:paraId="58F98E83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B63A2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عمومی</w:t>
            </w:r>
          </w:p>
        </w:tc>
        <w:tc>
          <w:tcPr>
            <w:tcW w:w="38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E2C44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accounting_id، category، shop_name، owner_name، national/economic code، birthday، shop_image</w:t>
            </w:r>
          </w:p>
        </w:tc>
        <w:tc>
          <w:tcPr>
            <w:tcW w:w="37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90181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کد ملی الگوریتمی؛ تصویر فقط JPG/PNG/WEBP و حداکثر ۵MB.</w:t>
            </w:r>
          </w:p>
        </w:tc>
      </w:tr>
      <w:tr w:rsidR="00CD0806" w14:paraId="0F64BC8F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DD151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تماس</w:t>
            </w:r>
          </w:p>
        </w:tc>
        <w:tc>
          <w:tcPr>
            <w:tcW w:w="3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F544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mobile، alternative_mobile، phone، password</w:t>
            </w:r>
          </w:p>
        </w:tc>
        <w:tc>
          <w:tcPr>
            <w:tcW w:w="3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D1B6F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mobile اصلی یکتا و الگوی 09xxxxxxxxx.</w:t>
            </w:r>
          </w:p>
        </w:tc>
      </w:tr>
      <w:tr w:rsidR="00CD0806" w14:paraId="77D9E991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A26E7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مکان</w:t>
            </w:r>
          </w:p>
        </w:tc>
        <w:tc>
          <w:tcPr>
            <w:tcW w:w="38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74FE7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province، city، address، postal_code، latitude، longitude</w:t>
            </w:r>
          </w:p>
        </w:tc>
        <w:tc>
          <w:tcPr>
            <w:tcW w:w="37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52BAE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شهر با استان بررسی می‌شود؛ شهرها AJAX هستند.</w:t>
            </w:r>
          </w:p>
        </w:tc>
      </w:tr>
      <w:tr w:rsidR="00CD0806" w14:paraId="59AC891B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E246D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تخصیص</w:t>
            </w:r>
          </w:p>
        </w:tc>
        <w:tc>
          <w:tcPr>
            <w:tcW w:w="3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C4F7A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zone_id، visitor_id، visit_days، delivery_note</w:t>
            </w:r>
          </w:p>
        </w:tc>
        <w:tc>
          <w:tcPr>
            <w:tcW w:w="3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5EA9F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بازاریاب باید فعال و دارای role visitor باشد؛ بازاریاب عادی فقط خودش را می‌گیرد.</w:t>
            </w:r>
          </w:p>
        </w:tc>
      </w:tr>
      <w:tr w:rsidR="00CD0806" w14:paraId="5E40B820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14B91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فروش</w:t>
            </w:r>
          </w:p>
        </w:tc>
        <w:tc>
          <w:tcPr>
            <w:tcW w:w="38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0E3B0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payment_type، credit_limit، settlement_days، customer_grade</w:t>
            </w:r>
          </w:p>
        </w:tc>
        <w:tc>
          <w:tcPr>
            <w:tcW w:w="37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FAEC1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cash/credit/cheque/both و رتبه A/B/C.</w:t>
            </w:r>
          </w:p>
        </w:tc>
      </w:tr>
      <w:tr w:rsidR="00CD0806" w14:paraId="706153CA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E4882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تجهیزات</w:t>
            </w:r>
          </w:p>
        </w:tc>
        <w:tc>
          <w:tcPr>
            <w:tcW w:w="3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491D6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has_company_equipment، equipment_note، notes</w:t>
            </w:r>
          </w:p>
        </w:tc>
        <w:tc>
          <w:tcPr>
            <w:tcW w:w="3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FA10C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برای اطلاعات امانی و توضیحات توزیع.</w:t>
            </w:r>
          </w:p>
        </w:tc>
      </w:tr>
      <w:tr w:rsidR="00CD0806" w14:paraId="4D5475F8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D8558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CRM</w:t>
            </w:r>
          </w:p>
        </w:tc>
        <w:tc>
          <w:tcPr>
            <w:tcW w:w="38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55301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lifecycle_status_id، customer_status، lost_reason، status_reason</w:t>
            </w:r>
          </w:p>
        </w:tc>
        <w:tc>
          <w:tcPr>
            <w:tcW w:w="37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22063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lost بدون دلیل پذیرفته نمی‌شود؛ تغییر وضعیت history و log می‌سازد.</w:t>
            </w:r>
          </w:p>
        </w:tc>
      </w:tr>
    </w:tbl>
    <w:p w14:paraId="3C3E81C9" w14:textId="77777777" w:rsidR="00CD0806" w:rsidRDefault="00CD0806" w:rsidP="00987EEA">
      <w:pPr>
        <w:rPr>
          <w:rFonts w:hint="eastAsia"/>
        </w:rPr>
      </w:pPr>
    </w:p>
    <w:p w14:paraId="4505DBEE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۶.۴. دسته‌بندی مشتریان</w:t>
      </w:r>
    </w:p>
    <w:p w14:paraId="0CD3001F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دسته عمومی با id=1 یا نام عمومی ثابت تلقی می‌شود و قابل ویرایش/حذف نیست.</w:t>
      </w:r>
    </w:p>
    <w:p w14:paraId="15B863C1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دسته‌بندی نام تکراری فعال/soft_deleted نشده نمی‌پذیرد.</w:t>
      </w:r>
    </w:p>
    <w:p w14:paraId="5DD7A952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حذف دسته فقط وقتی مجاز است که مشتری وابسته نداشته باشد.</w:t>
      </w:r>
    </w:p>
    <w:p w14:paraId="35879032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status دسته ۱ فعال و ۰ غیرفعال است؛ در فرم ثبت، دسته غیرفعال برای مشتری جدید قابل انتخاب نیست.</w:t>
      </w:r>
    </w:p>
    <w:p w14:paraId="2CB3AD1A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۶.۵. کاربران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600"/>
        <w:gridCol w:w="6760"/>
      </w:tblGrid>
      <w:tr w:rsidR="00CD0806" w14:paraId="76089968" w14:textId="77777777">
        <w:trPr>
          <w:tblHeader/>
        </w:trPr>
        <w:tc>
          <w:tcPr>
            <w:tcW w:w="26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04773F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صفحه</w:t>
            </w:r>
          </w:p>
        </w:tc>
        <w:tc>
          <w:tcPr>
            <w:tcW w:w="67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5F533A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رفتار</w:t>
            </w:r>
          </w:p>
        </w:tc>
      </w:tr>
      <w:tr w:rsidR="00CD0806" w14:paraId="47EA2AB8" w14:textId="77777777">
        <w:tc>
          <w:tcPr>
            <w:tcW w:w="26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F2139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users/index.php</w:t>
            </w:r>
          </w:p>
        </w:tc>
        <w:tc>
          <w:tcPr>
            <w:tcW w:w="67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E6FFA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فهرست کاربران، نقش‌ها، وضعیت، آخرین ورود و عملیات.</w:t>
            </w:r>
          </w:p>
        </w:tc>
      </w:tr>
      <w:tr w:rsidR="00CD0806" w14:paraId="2C661CDD" w14:textId="77777777">
        <w:tc>
          <w:tcPr>
            <w:tcW w:w="2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759D2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users/add.php</w:t>
            </w:r>
          </w:p>
        </w:tc>
        <w:tc>
          <w:tcPr>
            <w:tcW w:w="6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1A9F8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ایجاد کاربر با username، رمز حداقل ۶ کاراکتر، mobile، email، status و نقش.</w:t>
            </w:r>
          </w:p>
        </w:tc>
      </w:tr>
      <w:tr w:rsidR="00CD0806" w14:paraId="6C1008E8" w14:textId="77777777">
        <w:tc>
          <w:tcPr>
            <w:tcW w:w="26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6E0D9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users/edit.php</w:t>
            </w:r>
          </w:p>
        </w:tc>
        <w:tc>
          <w:tcPr>
            <w:tcW w:w="67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0B783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ویرایش اطلاعات، رمز اختیاری و جایگزینی نقش.</w:t>
            </w:r>
          </w:p>
        </w:tc>
      </w:tr>
      <w:tr w:rsidR="00CD0806" w14:paraId="47611BA9" w14:textId="77777777">
        <w:tc>
          <w:tcPr>
            <w:tcW w:w="2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32A33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users/profile.php</w:t>
            </w:r>
          </w:p>
        </w:tc>
        <w:tc>
          <w:tcPr>
            <w:tcW w:w="6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AB72D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پروفایل، نقش‌ها، آخرین ورود، تاریخ ایجاد و تعداد مشتری ثبت‌شده.</w:t>
            </w:r>
          </w:p>
        </w:tc>
      </w:tr>
      <w:tr w:rsidR="00CD0806" w14:paraId="565122C5" w14:textId="77777777">
        <w:tc>
          <w:tcPr>
            <w:tcW w:w="26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6F0AC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users/process.php</w:t>
            </w:r>
          </w:p>
        </w:tc>
        <w:tc>
          <w:tcPr>
            <w:tcW w:w="67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FD026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اعتبارسنجی، یکتایی username/mobile، activate/deactivate و ثبت log.</w:t>
            </w:r>
          </w:p>
        </w:tc>
      </w:tr>
    </w:tbl>
    <w:p w14:paraId="01AFD01D" w14:textId="77777777" w:rsidR="00CD0806" w:rsidRDefault="00CD0806" w:rsidP="00987EEA">
      <w:pPr>
        <w:rPr>
          <w:rtl/>
        </w:rPr>
      </w:pPr>
    </w:p>
    <w:p w14:paraId="316E251C" w14:textId="77777777" w:rsidR="00987EEA" w:rsidRDefault="00987EEA" w:rsidP="00987EEA">
      <w:pPr>
        <w:rPr>
          <w:rFonts w:hint="eastAsia"/>
        </w:rPr>
      </w:pPr>
    </w:p>
    <w:p w14:paraId="50CF9544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۶.۶. نقش‌ها و دسترسی‌ها</w:t>
      </w:r>
    </w:p>
    <w:p w14:paraId="469E3C67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roles/index.php تعداد کاربران و permissionهای هر نقش را نمایش می‌دهد.</w:t>
      </w:r>
    </w:p>
    <w:p w14:paraId="3F801F13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roles/add.php و roles/edit.php امکان انتخاب permissionها را دارند.</w:t>
      </w:r>
    </w:p>
    <w:p w14:paraId="3134E5B5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نقش superadmin قابل حذف نیست و slug آن نباید تغییر کند.</w:t>
      </w:r>
    </w:p>
    <w:p w14:paraId="555D275F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حذف نقش دارای کاربر مجاز نیست.</w:t>
      </w:r>
    </w:p>
    <w:p w14:paraId="71BC4073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ذخیره permissionهای نقش ابتدا role_permissions را پاک و سپس انتخاب‌های جدید را درج می‌کند؛ این عملیات در تراکنش انجام می‌شود.</w:t>
      </w:r>
    </w:p>
    <w:p w14:paraId="5E016CEB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۶.۷. استان‌ها و شهرها</w:t>
      </w:r>
    </w:p>
    <w:p w14:paraId="77BC57FF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استان‌ها با ordered نزولی و سپس نام مرتب می‌شوند.</w:t>
      </w:r>
    </w:p>
    <w:p w14:paraId="0F88CFAB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هر شهر به یک استان وابسته است؛ نام شهر در یک استان تکراری نیست.</w:t>
      </w:r>
    </w:p>
    <w:p w14:paraId="0E939AAE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استان دارای شهر یا مشتری حذف نمی‌شود.</w:t>
      </w:r>
    </w:p>
    <w:p w14:paraId="4FA1CA98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شهر دارای مشتری حذف نمی‌شود.</w:t>
      </w:r>
    </w:p>
    <w:p w14:paraId="0CE60AB4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تغییر استان یک شهر باید در تست اثر آن بر مشتری‌های قبلی بررسی شود؛ process فعلی اجازه تغییر می‌دهد.</w:t>
      </w:r>
    </w:p>
    <w:p w14:paraId="70355AED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۶.۸. ماشین‌ها و زون‌ها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3200"/>
        <w:gridCol w:w="4360"/>
      </w:tblGrid>
      <w:tr w:rsidR="00CD0806" w14:paraId="62C2E03D" w14:textId="77777777">
        <w:trPr>
          <w:tblHeader/>
        </w:trPr>
        <w:tc>
          <w:tcPr>
            <w:tcW w:w="18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EE3780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ماژول</w:t>
            </w:r>
          </w:p>
        </w:tc>
        <w:tc>
          <w:tcPr>
            <w:tcW w:w="32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D3F7A6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صفحات</w:t>
            </w:r>
          </w:p>
        </w:tc>
        <w:tc>
          <w:tcPr>
            <w:tcW w:w="43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D08674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عملیات اصلی</w:t>
            </w:r>
          </w:p>
        </w:tc>
      </w:tr>
      <w:tr w:rsidR="00CD0806" w14:paraId="14CBF3A6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2164A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vehicles</w:t>
            </w:r>
          </w:p>
        </w:tc>
        <w:tc>
          <w:tcPr>
            <w:tcW w:w="3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1FCC2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index/add/edit/profile/assignments/process</w:t>
            </w:r>
          </w:p>
        </w:tc>
        <w:tc>
          <w:tcPr>
            <w:tcW w:w="43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E82B2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تعریف ماشین، مالکیت، وضعیت، تخصیص راننده، پایان تخصیص و تاریخچه.</w:t>
            </w:r>
          </w:p>
        </w:tc>
      </w:tr>
      <w:tr w:rsidR="00CD0806" w14:paraId="616E51C3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4EEC9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zones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D81D8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index/add/edit/profile/assignments/process</w:t>
            </w:r>
          </w:p>
        </w:tc>
        <w:tc>
          <w:tcPr>
            <w:tcW w:w="4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F26DE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تعریف زون، ناحیه، وضعیت، تخصیص ماشین، مشتریان زون و تاریخچه.</w:t>
            </w:r>
          </w:p>
        </w:tc>
      </w:tr>
      <w:tr w:rsidR="00CD0806" w14:paraId="057E9B84" w14:textId="77777777"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439DC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fleet_helpers.php</w:t>
            </w:r>
          </w:p>
        </w:tc>
        <w:tc>
          <w:tcPr>
            <w:tcW w:w="3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0993E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helper مشترک</w:t>
            </w:r>
          </w:p>
        </w:tc>
        <w:tc>
          <w:tcPr>
            <w:tcW w:w="43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7B8A8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برچسب وضعیت، مالکیت، ارقام فارسی و escape.</w:t>
            </w:r>
          </w:p>
        </w:tc>
      </w:tr>
    </w:tbl>
    <w:p w14:paraId="6520C016" w14:textId="77777777" w:rsidR="00CD0806" w:rsidRDefault="00CD0806" w:rsidP="00987EEA">
      <w:pPr>
        <w:rPr>
          <w:rFonts w:hint="eastAsia"/>
        </w:rPr>
      </w:pPr>
    </w:p>
    <w:p w14:paraId="3476017B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۶.۹. لاگ سیستم</w:t>
      </w:r>
    </w:p>
    <w:p w14:paraId="2E239E55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modules/logs/index.php جدول خالی اولیه را می‌سازد و DataTables از AJAX تغذیه می‌شود.</w:t>
      </w:r>
    </w:p>
    <w:p w14:paraId="277DE3C5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modules/logs/ajax/get_logs_list.php جست‌وجو، sort امن با whitelist ستون‌ها و pagination را پیاده می‌کند.</w:t>
      </w:r>
    </w:p>
    <w:p w14:paraId="2397BB95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کاربر حذف‌شده به‌صورت سیستم/مهمان نمایش داده می‌شود.</w:t>
      </w:r>
    </w:p>
    <w:p w14:paraId="0F0413C1" w14:textId="77777777" w:rsidR="00CD0806" w:rsidRPr="00887A36" w:rsidRDefault="00000000" w:rsidP="00987EEA">
      <w:pPr>
        <w:pStyle w:val="ListBullet"/>
        <w:bidi/>
        <w:spacing w:after="60"/>
        <w:ind w:right="144" w:hanging="230"/>
      </w:pPr>
      <w:r>
        <w:rPr>
          <w:color w:val="263238"/>
          <w:szCs w:val="20"/>
          <w:rtl/>
        </w:rPr>
        <w:t>رخدادهای authentication، مشتری، دسته، کاربر، نقش، location، vehicles، zones و followups در بخش‌های مختلف ثبت می‌شوند.</w:t>
      </w:r>
    </w:p>
    <w:p w14:paraId="2B59BF19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2F282D9D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1BCC2D34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209519A4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51BD35D6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Fonts w:hint="eastAsia"/>
        </w:rPr>
      </w:pPr>
    </w:p>
    <w:p w14:paraId="2A7697AD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۶.۱۰. تغییر رمز و ابزار SQL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3900"/>
        <w:gridCol w:w="2960"/>
      </w:tblGrid>
      <w:tr w:rsidR="00CD0806" w14:paraId="28DEC11C" w14:textId="77777777">
        <w:trPr>
          <w:tblHeader/>
        </w:trPr>
        <w:tc>
          <w:tcPr>
            <w:tcW w:w="2500" w:type="dxa"/>
            <w:shd w:val="clear" w:color="auto" w:fill="B71C1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A5830B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بخش</w:t>
            </w:r>
          </w:p>
        </w:tc>
        <w:tc>
          <w:tcPr>
            <w:tcW w:w="3900" w:type="dxa"/>
            <w:shd w:val="clear" w:color="auto" w:fill="B71C1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A10381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رفتار</w:t>
            </w:r>
          </w:p>
        </w:tc>
        <w:tc>
          <w:tcPr>
            <w:tcW w:w="2960" w:type="dxa"/>
            <w:shd w:val="clear" w:color="auto" w:fill="B71C1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1042C8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هشدار</w:t>
            </w:r>
          </w:p>
        </w:tc>
      </w:tr>
      <w:tr w:rsidR="00CD0806" w14:paraId="6A607B4B" w14:textId="77777777"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A3097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adminsetting/adminpass.php</w:t>
            </w:r>
          </w:p>
        </w:tc>
        <w:tc>
          <w:tcPr>
            <w:tcW w:w="3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AF003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تغییر رمز با رمز فعلی، حداقل ۶ کاراکتر و جلوگیری از تکرار رمز.</w:t>
            </w:r>
          </w:p>
        </w:tc>
        <w:tc>
          <w:tcPr>
            <w:tcW w:w="29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A7D34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CSRF در این فرم مشاهده نشد؛ در تست امنیتی بررسی شود.</w:t>
            </w:r>
          </w:p>
        </w:tc>
      </w:tr>
      <w:tr w:rsidR="00CD0806" w14:paraId="20B31707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66D0C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ADMIN/sql.php</w:t>
            </w:r>
          </w:p>
        </w:tc>
        <w:tc>
          <w:tcPr>
            <w:tcW w:w="3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65192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اجرای فایل تکی/چند فایل SQL با CSRF و حذف تمام جدول‌های دیتابیس.</w:t>
            </w:r>
          </w:p>
        </w:tc>
        <w:tc>
          <w:tcPr>
            <w:tcW w:w="29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83788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هیچ احراز هویت مدیریتی در فایل دیده نشد؛ انتشار عمومی آن بسیار خطرناک است.</w:t>
            </w:r>
          </w:p>
        </w:tc>
      </w:tr>
    </w:tbl>
    <w:p w14:paraId="11872E81" w14:textId="77777777" w:rsidR="00CD0806" w:rsidRDefault="00CD0806" w:rsidP="00987EEA">
      <w:pPr>
        <w:rPr>
          <w:rFonts w:hint="eastAsia"/>
        </w:rPr>
      </w:pPr>
    </w:p>
    <w:p w14:paraId="0A0FBEDE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t>۷. پنل بازاریاب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158D1F6C" w14:textId="77777777">
        <w:tc>
          <w:tcPr>
            <w:tcW w:w="9360" w:type="dxa"/>
            <w:shd w:val="clear" w:color="auto" w:fill="E0F2F1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91A0060" w14:textId="77777777" w:rsidR="00CD0806" w:rsidRDefault="00000000" w:rsidP="00987EEA">
            <w:pPr>
              <w:bidi/>
              <w:spacing w:after="0"/>
              <w:rPr>
                <w:rFonts w:hint="eastAsia"/>
              </w:rPr>
            </w:pPr>
            <w:r>
              <w:rPr>
                <w:b/>
                <w:color w:val="00796B"/>
                <w:szCs w:val="20"/>
                <w:rtl/>
              </w:rPr>
              <w:t xml:space="preserve">اصل مالکیت: </w:t>
            </w:r>
            <w:r>
              <w:rPr>
                <w:color w:val="00796B"/>
                <w:szCs w:val="20"/>
                <w:rtl/>
              </w:rPr>
              <w:t>پنل بازاریاب رابطی مستقل و موبایل‌محور است. این پنل از همان جدول customers استفاده می‌کند اما با شرط visitor_id فقط مالک فعلی مشتری را می‌بیند. تغییر مالک، تغییر CRM و ویرایش کامل مشتری در این پنل وجود ندارد.</w:t>
            </w:r>
          </w:p>
        </w:tc>
      </w:tr>
    </w:tbl>
    <w:p w14:paraId="61FB1CB8" w14:textId="77777777" w:rsidR="00CD0806" w:rsidRDefault="00CD0806" w:rsidP="00987EEA">
      <w:pPr>
        <w:rPr>
          <w:rFonts w:hint="eastAsia"/>
        </w:rPr>
      </w:pPr>
    </w:p>
    <w:p w14:paraId="7989984E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۷.۱. مسیرها و مجوزها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100"/>
        <w:gridCol w:w="2700"/>
        <w:gridCol w:w="3560"/>
      </w:tblGrid>
      <w:tr w:rsidR="00CD0806" w14:paraId="589A939D" w14:textId="77777777">
        <w:trPr>
          <w:tblHeader/>
        </w:trPr>
        <w:tc>
          <w:tcPr>
            <w:tcW w:w="31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A4E3E5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مسیر</w:t>
            </w:r>
          </w:p>
        </w:tc>
        <w:tc>
          <w:tcPr>
            <w:tcW w:w="27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C78FE7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مجوز</w:t>
            </w:r>
          </w:p>
        </w:tc>
        <w:tc>
          <w:tcPr>
            <w:tcW w:w="35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E83DE0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قابلیت</w:t>
            </w:r>
          </w:p>
        </w:tc>
      </w:tr>
      <w:tr w:rsidR="00CD0806" w14:paraId="3D82B5A6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1DD4B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/marketer/login.php</w:t>
            </w:r>
          </w:p>
        </w:tc>
        <w:tc>
          <w:tcPr>
            <w:tcW w:w="27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7537E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marketer.panel.login + role visitor</w:t>
            </w:r>
          </w:p>
        </w:tc>
        <w:tc>
          <w:tcPr>
            <w:tcW w:w="3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EF970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ورود مستقل بازاریاب.</w:t>
            </w:r>
          </w:p>
        </w:tc>
      </w:tr>
      <w:tr w:rsidR="00CD0806" w14:paraId="04D484D7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7F78B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/marketer/index.php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48104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marketer.panel.access</w:t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A4516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شمارنده مشتری من، پیگیری باز و پیگیری امروز.</w:t>
            </w:r>
          </w:p>
        </w:tc>
      </w:tr>
      <w:tr w:rsidR="00CD0806" w14:paraId="3AF014E7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F8CF1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/marketer/customers.php</w:t>
            </w:r>
          </w:p>
        </w:tc>
        <w:tc>
          <w:tcPr>
            <w:tcW w:w="27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2DC54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marketer.customers.view</w:t>
            </w:r>
          </w:p>
        </w:tc>
        <w:tc>
          <w:tcPr>
            <w:tcW w:w="3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F519E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لیست مشتریان اختصاص‌یافته با جست‌وجوی نام/فروشگاه/موبایل.</w:t>
            </w:r>
          </w:p>
        </w:tc>
      </w:tr>
      <w:tr w:rsidR="00CD0806" w14:paraId="5460E49F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5EB52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/marketer/customer.php?id=...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58DE8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marketer.customers.view</w:t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5DCBD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پروفایل مشتری خود، پیگیری‌ها و ۲۰ فعالیت آخر.</w:t>
            </w:r>
          </w:p>
        </w:tc>
      </w:tr>
      <w:tr w:rsidR="00CD0806" w14:paraId="7CE3D874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2F7D7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/marketer/customer_create.php</w:t>
            </w:r>
          </w:p>
        </w:tc>
        <w:tc>
          <w:tcPr>
            <w:tcW w:w="27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EDA9B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marketer.customers.create</w:t>
            </w:r>
          </w:p>
        </w:tc>
        <w:tc>
          <w:tcPr>
            <w:tcW w:w="3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9540C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مشتری پایه.</w:t>
            </w:r>
          </w:p>
        </w:tc>
      </w:tr>
      <w:tr w:rsidR="00CD0806" w14:paraId="51762E44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F3CE2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/marketer/customer_process.php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37A8B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marketer.customers.create + CSRF</w:t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5087C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مشتری و ساخت assignment/history/activity.</w:t>
            </w:r>
          </w:p>
        </w:tc>
      </w:tr>
      <w:tr w:rsidR="00CD0806" w14:paraId="4E572428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D9D76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/marketer/cities.php</w:t>
            </w:r>
          </w:p>
        </w:tc>
        <w:tc>
          <w:tcPr>
            <w:tcW w:w="27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291EB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marketer.customers.create + CSRF</w:t>
            </w:r>
          </w:p>
        </w:tc>
        <w:tc>
          <w:tcPr>
            <w:tcW w:w="3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8C81A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AJAX شهرهای استان.</w:t>
            </w:r>
          </w:p>
        </w:tc>
      </w:tr>
      <w:tr w:rsidR="00CD0806" w14:paraId="1564F125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1304B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/marketer/followups.php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A9002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marketer.followups.view</w:t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77B4E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لیست pendingهای اختصاص‌یافته.</w:t>
            </w:r>
          </w:p>
        </w:tc>
      </w:tr>
      <w:tr w:rsidR="00CD0806" w14:paraId="2770361B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83D46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/marketer/followup_process.php</w:t>
            </w:r>
          </w:p>
        </w:tc>
        <w:tc>
          <w:tcPr>
            <w:tcW w:w="27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77996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marketer.followups.manage + CSRF</w:t>
            </w:r>
          </w:p>
        </w:tc>
        <w:tc>
          <w:tcPr>
            <w:tcW w:w="3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45E50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و انجام پیگیری؛ لغو عمداً ممنوع.</w:t>
            </w:r>
          </w:p>
        </w:tc>
      </w:tr>
      <w:tr w:rsidR="00CD0806" w14:paraId="5718C0FE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D8674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/marketer/password.php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FDD9F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marketer.panel.access</w:t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A0B3A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تغییر رمز شخصی.</w:t>
            </w:r>
          </w:p>
        </w:tc>
      </w:tr>
      <w:tr w:rsidR="00CD0806" w14:paraId="5321121D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B0BA5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/marketer/logout.php</w:t>
            </w:r>
          </w:p>
        </w:tc>
        <w:tc>
          <w:tcPr>
            <w:tcW w:w="27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EAB02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session</w:t>
            </w:r>
          </w:p>
        </w:tc>
        <w:tc>
          <w:tcPr>
            <w:tcW w:w="3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7448F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پاک‌سازی نشست بازاریاب.</w:t>
            </w:r>
          </w:p>
        </w:tc>
      </w:tr>
    </w:tbl>
    <w:p w14:paraId="36C0B435" w14:textId="77777777" w:rsidR="00CD0806" w:rsidRDefault="00CD0806" w:rsidP="00987EEA">
      <w:pPr>
        <w:rPr>
          <w:rFonts w:hint="eastAsia"/>
        </w:rPr>
      </w:pPr>
    </w:p>
    <w:p w14:paraId="19CE2EA5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۷.۲. داشبورد بازاریاب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00"/>
        <w:gridCol w:w="3400"/>
        <w:gridCol w:w="3560"/>
      </w:tblGrid>
      <w:tr w:rsidR="00CD0806" w14:paraId="2DD65D14" w14:textId="77777777">
        <w:trPr>
          <w:tblHeader/>
        </w:trPr>
        <w:tc>
          <w:tcPr>
            <w:tcW w:w="24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E03E2B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کارت/بخش</w:t>
            </w:r>
          </w:p>
        </w:tc>
        <w:tc>
          <w:tcPr>
            <w:tcW w:w="34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BDC35F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منبع داده</w:t>
            </w:r>
          </w:p>
        </w:tc>
        <w:tc>
          <w:tcPr>
            <w:tcW w:w="35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FD05DA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توضیح</w:t>
            </w:r>
          </w:p>
        </w:tc>
      </w:tr>
      <w:tr w:rsidR="00CD0806" w14:paraId="559D3FE1" w14:textId="77777777"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BD9CC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مشتری من</w:t>
            </w:r>
          </w:p>
        </w:tc>
        <w:tc>
          <w:tcPr>
            <w:tcW w:w="3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34A0A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COUNT customers WHERE visitor_id</w:t>
            </w:r>
          </w:p>
        </w:tc>
        <w:tc>
          <w:tcPr>
            <w:tcW w:w="3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0464D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تعداد مشتریان مالک فعلی.</w:t>
            </w:r>
          </w:p>
        </w:tc>
      </w:tr>
      <w:tr w:rsidR="00CD0806" w14:paraId="19ED87D2" w14:textId="77777777"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A8884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پیگیری باز</w:t>
            </w:r>
          </w:p>
        </w:tc>
        <w:tc>
          <w:tcPr>
            <w:tcW w:w="3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81216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COUNT follow_ups WHERE assigned_to AND pending</w:t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EC225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وظایف تعیین‌تکلیف‌نشده.</w:t>
            </w:r>
          </w:p>
        </w:tc>
      </w:tr>
      <w:tr w:rsidR="00CD0806" w14:paraId="7AD61052" w14:textId="77777777"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80499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پیگیری امروز</w:t>
            </w:r>
          </w:p>
        </w:tc>
        <w:tc>
          <w:tcPr>
            <w:tcW w:w="3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934E6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DATE(due_at)=CURDATE()</w:t>
            </w:r>
          </w:p>
        </w:tc>
        <w:tc>
          <w:tcPr>
            <w:tcW w:w="3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34135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 تاریخ ذخیره‌شده میلادی/زمان سرور.</w:t>
            </w:r>
          </w:p>
        </w:tc>
      </w:tr>
      <w:tr w:rsidR="00CD0806" w14:paraId="18469278" w14:textId="77777777"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3D0A5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مشتری</w:t>
            </w:r>
          </w:p>
        </w:tc>
        <w:tc>
          <w:tcPr>
            <w:tcW w:w="3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C2322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permission marketer.customers.create</w:t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09C7E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لینک ثبت مشتری پایه.</w:t>
            </w:r>
          </w:p>
        </w:tc>
      </w:tr>
      <w:tr w:rsidR="00CD0806" w14:paraId="656D4FDD" w14:textId="77777777"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6DC18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پیگیری‌های پیش‌رو</w:t>
            </w:r>
          </w:p>
        </w:tc>
        <w:tc>
          <w:tcPr>
            <w:tcW w:w="3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A68A9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۵ followup اول بر اساس due_at</w:t>
            </w:r>
          </w:p>
        </w:tc>
        <w:tc>
          <w:tcPr>
            <w:tcW w:w="3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1FE3A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دسترسی مستقیم به پروفایل مشتری.</w:t>
            </w:r>
          </w:p>
        </w:tc>
      </w:tr>
    </w:tbl>
    <w:p w14:paraId="2D9DB517" w14:textId="77777777" w:rsidR="00CD0806" w:rsidRDefault="00CD0806" w:rsidP="00987EEA">
      <w:pPr>
        <w:rPr>
          <w:rFonts w:hint="eastAsia"/>
        </w:rPr>
      </w:pPr>
    </w:p>
    <w:p w14:paraId="16390B19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۷.۳. ثبت مشتری جدید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3350"/>
        <w:gridCol w:w="4110"/>
      </w:tblGrid>
      <w:tr w:rsidR="00CD0806" w14:paraId="6EDFA42F" w14:textId="77777777">
        <w:trPr>
          <w:tblHeader/>
        </w:trPr>
        <w:tc>
          <w:tcPr>
            <w:tcW w:w="19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6B8C75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بخش فرم</w:t>
            </w:r>
          </w:p>
        </w:tc>
        <w:tc>
          <w:tcPr>
            <w:tcW w:w="335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F83E32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فیلدها</w:t>
            </w:r>
          </w:p>
        </w:tc>
        <w:tc>
          <w:tcPr>
            <w:tcW w:w="411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76C7E6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رفتار سمت سرور</w:t>
            </w:r>
          </w:p>
        </w:tc>
      </w:tr>
      <w:tr w:rsidR="00CD0806" w14:paraId="61D3F276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AA92E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اطلاعات اصلی</w:t>
            </w:r>
          </w:p>
        </w:tc>
        <w:tc>
          <w:tcPr>
            <w:tcW w:w="33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D2EDF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owner_name، shop_name، mobile، alternative_mobile، category، grade</w:t>
            </w:r>
          </w:p>
        </w:tc>
        <w:tc>
          <w:tcPr>
            <w:tcW w:w="41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FF866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owner_name/category/mobile معتبر الزامی؛ grade فقط A/B/C.</w:t>
            </w:r>
          </w:p>
        </w:tc>
      </w:tr>
      <w:tr w:rsidR="00CD0806" w14:paraId="57E6E1F7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0978E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موقعیت</w:t>
            </w:r>
          </w:p>
        </w:tc>
        <w:tc>
          <w:tcPr>
            <w:tcW w:w="3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70F0B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province، city، zone، postal_code، address</w:t>
            </w:r>
          </w:p>
        </w:tc>
        <w:tc>
          <w:tcPr>
            <w:tcW w:w="4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CE92E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city باید متعلق به province باشد؛ zone باید فعال باشد.</w:t>
            </w:r>
          </w:p>
        </w:tc>
      </w:tr>
      <w:tr w:rsidR="00CD0806" w14:paraId="29B181DF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779B1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یادداشت</w:t>
            </w:r>
          </w:p>
        </w:tc>
        <w:tc>
          <w:tcPr>
            <w:tcW w:w="33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85C3C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notes</w:t>
            </w:r>
          </w:p>
        </w:tc>
        <w:tc>
          <w:tcPr>
            <w:tcW w:w="41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B598B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در customers.notes ذخیره می‌شود.</w:t>
            </w:r>
          </w:p>
        </w:tc>
      </w:tr>
      <w:tr w:rsidR="00CD0806" w14:paraId="7FE0A3D7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D0217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تخصیص خودکار</w:t>
            </w:r>
          </w:p>
        </w:tc>
        <w:tc>
          <w:tcPr>
            <w:tcW w:w="3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A11A8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visitor_id = session user</w:t>
            </w:r>
          </w:p>
        </w:tc>
        <w:tc>
          <w:tcPr>
            <w:tcW w:w="4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83019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بازاریاب نمی‌تواند مالک دیگری انتخاب کند.</w:t>
            </w:r>
          </w:p>
        </w:tc>
      </w:tr>
      <w:tr w:rsidR="00CD0806" w14:paraId="6EB3AD74" w14:textId="77777777">
        <w:tc>
          <w:tcPr>
            <w:tcW w:w="1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FA72D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رخدادهای پس از ثبت</w:t>
            </w:r>
          </w:p>
        </w:tc>
        <w:tc>
          <w:tcPr>
            <w:tcW w:w="33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14157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customer_assignments، status_history، customer_activities، logs</w:t>
            </w:r>
          </w:p>
        </w:tc>
        <w:tc>
          <w:tcPr>
            <w:tcW w:w="41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87758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یک زنجیره اولیه برای CRM ساخته می‌شود.</w:t>
            </w:r>
          </w:p>
        </w:tc>
      </w:tr>
    </w:tbl>
    <w:p w14:paraId="7E1221F0" w14:textId="77777777" w:rsidR="00CD0806" w:rsidRDefault="00CD0806" w:rsidP="00987EEA">
      <w:pPr>
        <w:rPr>
          <w:rFonts w:hint="eastAsia"/>
        </w:rPr>
      </w:pPr>
    </w:p>
    <w:p w14:paraId="18ACFC7C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۷.۴. پروفایل مشتری</w:t>
      </w:r>
    </w:p>
    <w:p w14:paraId="3F5EE41C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اطلاعات هویتی، موبایل، دسته، استان/شهر و آدرس را نمایش می‌دهد.</w:t>
      </w:r>
    </w:p>
    <w:p w14:paraId="3661CF74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پیگیری‌های مشتری را به ترتیب pending، done، cancelled و due_at نشان می‌دهد.</w:t>
      </w:r>
    </w:p>
    <w:p w14:paraId="61606157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آخرین ۲۰ activity را نمایش می‌دهد.</w:t>
      </w:r>
    </w:p>
    <w:p w14:paraId="49833C64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اگر permission مدیریت پیگیری وجود داشته باشد، فرم ثبت پیگیری فعال می‌شود.</w:t>
      </w:r>
    </w:p>
    <w:p w14:paraId="4AB0B6D9" w14:textId="77777777" w:rsidR="00CD0806" w:rsidRPr="00887A36" w:rsidRDefault="00000000" w:rsidP="00987EEA">
      <w:pPr>
        <w:pStyle w:val="ListBullet"/>
        <w:bidi/>
        <w:spacing w:after="60"/>
        <w:ind w:right="144" w:hanging="230"/>
      </w:pPr>
      <w:r>
        <w:rPr>
          <w:color w:val="263238"/>
          <w:szCs w:val="20"/>
          <w:rtl/>
        </w:rPr>
        <w:t>هیچ فرم ویرایش عمومی مشتری در پنل بازاریاب وجود ندارد.</w:t>
      </w:r>
    </w:p>
    <w:p w14:paraId="0D53E9D3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4D3915F0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2DFF72C0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64BCEF65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03C30BF5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Fonts w:hint="eastAsia"/>
        </w:rPr>
      </w:pPr>
    </w:p>
    <w:p w14:paraId="78637999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۷.۵. پیگیری‌های بازاریاب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00"/>
        <w:gridCol w:w="2500"/>
        <w:gridCol w:w="4560"/>
      </w:tblGrid>
      <w:tr w:rsidR="00CD0806" w14:paraId="5ABA36E1" w14:textId="77777777">
        <w:trPr>
          <w:tblHeader/>
        </w:trPr>
        <w:tc>
          <w:tcPr>
            <w:tcW w:w="230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3CC976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عملیات</w:t>
            </w:r>
          </w:p>
        </w:tc>
        <w:tc>
          <w:tcPr>
            <w:tcW w:w="250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09767B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مجاز؟</w:t>
            </w:r>
          </w:p>
        </w:tc>
        <w:tc>
          <w:tcPr>
            <w:tcW w:w="456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131285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اثر</w:t>
            </w:r>
          </w:p>
        </w:tc>
      </w:tr>
      <w:tr w:rsidR="00CD0806" w14:paraId="55CD3F0A" w14:textId="77777777">
        <w:tc>
          <w:tcPr>
            <w:tcW w:w="2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D8494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پیگیری</w:t>
            </w:r>
          </w:p>
        </w:tc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80061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بله، روی مشتری خودش</w:t>
            </w:r>
          </w:p>
        </w:tc>
        <w:tc>
          <w:tcPr>
            <w:tcW w:w="4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760C9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INSERT follow_ups با assigned_to خود بازاریاب.</w:t>
            </w:r>
          </w:p>
        </w:tc>
      </w:tr>
      <w:tr w:rsidR="00CD0806" w14:paraId="765B712B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F8421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انجام پیگیری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0C55E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بله، فقط پیگیری اختصاص‌یافته به خودش</w:t>
            </w:r>
          </w:p>
        </w:tc>
        <w:tc>
          <w:tcPr>
            <w:tcW w:w="4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4962A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pending → done، activity جدید، last_activity_at و next_follow_up_at.</w:t>
            </w:r>
          </w:p>
        </w:tc>
      </w:tr>
      <w:tr w:rsidR="00CD0806" w14:paraId="019AF75A" w14:textId="77777777">
        <w:tc>
          <w:tcPr>
            <w:tcW w:w="2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1752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لغو پیگیری</w:t>
            </w:r>
          </w:p>
        </w:tc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C8672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خیر</w:t>
            </w:r>
          </w:p>
        </w:tc>
        <w:tc>
          <w:tcPr>
            <w:tcW w:w="4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2A4B6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endpoint عمداً خطا می‌دهد و تلاش را در logs ثبت می‌کند.</w:t>
            </w:r>
          </w:p>
        </w:tc>
      </w:tr>
      <w:tr w:rsidR="00CD0806" w14:paraId="4BFF4B0E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0FD7C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مشاهده مشتری دیگر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D54A2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خیر</w:t>
            </w:r>
          </w:p>
        </w:tc>
        <w:tc>
          <w:tcPr>
            <w:tcW w:w="4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8A983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query profile شرط c.visitor_id = session user دارد.</w:t>
            </w:r>
          </w:p>
        </w:tc>
      </w:tr>
      <w:tr w:rsidR="00CD0806" w14:paraId="60F5CB62" w14:textId="77777777">
        <w:tc>
          <w:tcPr>
            <w:tcW w:w="2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EF2B5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تغییر بازاریاب</w:t>
            </w:r>
          </w:p>
        </w:tc>
        <w:tc>
          <w:tcPr>
            <w:tcW w:w="25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5E2E2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خیر</w:t>
            </w:r>
          </w:p>
        </w:tc>
        <w:tc>
          <w:tcPr>
            <w:tcW w:w="45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1D529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باید از پنل مدیریت انجام شود.</w:t>
            </w:r>
          </w:p>
        </w:tc>
      </w:tr>
    </w:tbl>
    <w:p w14:paraId="508863B7" w14:textId="77777777" w:rsidR="00CD0806" w:rsidRDefault="00CD0806" w:rsidP="00987EEA">
      <w:pPr>
        <w:rPr>
          <w:rFonts w:hint="eastAsia"/>
        </w:rPr>
      </w:pPr>
    </w:p>
    <w:p w14:paraId="1B6639A7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۷.۶. طراحی رابط</w:t>
      </w:r>
    </w:p>
    <w:p w14:paraId="3BBE6ACC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در موبایل bottom navigation ثابت و در نمایشگر بزرگ‌تر درون صفحه قرار می‌گیرد.</w:t>
      </w:r>
    </w:p>
    <w:p w14:paraId="1313F79E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فرم‌ها با data-marketer-ajax-form بدون refresh ارسال می‌شوند.</w:t>
      </w:r>
    </w:p>
    <w:p w14:paraId="000F2445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CSRF از data-csrf روی .marketer-main تأمین می‌شود.</w:t>
      </w:r>
    </w:p>
    <w:p w14:paraId="5FEF2390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رنگ‌بندی فعلی بین دو تعریف در marketer-panel.css تغییر کرده است؛ در انتهای فایل متغیرهای جدیدتر دوباره تعریف شده‌اند و باید در مرورگر نهایی بررسی شود.</w:t>
      </w:r>
    </w:p>
    <w:p w14:paraId="74342380" w14:textId="77777777" w:rsidR="00CD0806" w:rsidRPr="00887A36" w:rsidRDefault="00000000" w:rsidP="00987EEA">
      <w:pPr>
        <w:pStyle w:val="ListBullet"/>
        <w:bidi/>
        <w:spacing w:after="60"/>
        <w:ind w:right="144" w:hanging="230"/>
      </w:pPr>
      <w:r>
        <w:rPr>
          <w:color w:val="263238"/>
          <w:szCs w:val="20"/>
          <w:rtl/>
        </w:rPr>
        <w:t>پنل از فونت IranSans FaNum و تاریخ شمسی استفاده می‌کند.</w:t>
      </w:r>
    </w:p>
    <w:p w14:paraId="7BBAD236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548280D4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4CE1A853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03C91F4D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21B82E19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299F04D6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2FEC04F0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15B9D33A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4D415673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7DBAE662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5BDB0F83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55264223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78FFD822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2A2D79E3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color w:val="263238"/>
          <w:szCs w:val="20"/>
          <w:rtl/>
        </w:rPr>
      </w:pPr>
    </w:p>
    <w:p w14:paraId="66A64E4F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Fonts w:hint="eastAsia"/>
        </w:rPr>
      </w:pPr>
    </w:p>
    <w:p w14:paraId="0F42EB53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lastRenderedPageBreak/>
        <w:t>۸. جریان‌های کاری و قواعد کسب‌وکار</w:t>
      </w:r>
    </w:p>
    <w:p w14:paraId="154A9284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۸.۱. ثبت مشتری از پنل مدیریت</w:t>
      </w:r>
    </w:p>
    <w:p w14:paraId="68E390BE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کاربر مجاز فرم را باز می‌کند.</w:t>
      </w:r>
    </w:p>
    <w:p w14:paraId="7D34AB1A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دسته فعال و اطلاعات پایه انتخاب می‌شود.</w:t>
      </w:r>
    </w:p>
    <w:p w14:paraId="6894FBBB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موبایل یکتا و سایر فیلدها اعتبارسنجی می‌شوند.</w:t>
      </w:r>
    </w:p>
    <w:p w14:paraId="368A155E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بازاریاب فعال با role visitor باید انتخاب شود؛ اگر کاربر خودش visitor باشد، visitor_id به session او محدود می‌شود.</w:t>
      </w:r>
    </w:p>
    <w:p w14:paraId="6A628838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تصویر با MIME واقعی بررسی و در uploads/shop_images ذخیره می‌شود.</w:t>
      </w:r>
    </w:p>
    <w:p w14:paraId="6110BAB6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تراکنش customers، customer_assignments، status_history، activity و log را ثبت می‌کند.</w:t>
      </w:r>
    </w:p>
    <w:p w14:paraId="59D7C74F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وضعیت اولیه lifecycle_status_id=2 یعنی potential است.</w:t>
      </w:r>
    </w:p>
    <w:p w14:paraId="460610D1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۸.۲. ویرایش مشتری و کنترل permission جزئی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100"/>
        <w:gridCol w:w="6260"/>
      </w:tblGrid>
      <w:tr w:rsidR="00CD0806" w14:paraId="5435EEF5" w14:textId="77777777">
        <w:trPr>
          <w:tblHeader/>
        </w:trPr>
        <w:tc>
          <w:tcPr>
            <w:tcW w:w="310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C00A13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permission</w:t>
            </w:r>
          </w:p>
        </w:tc>
        <w:tc>
          <w:tcPr>
            <w:tcW w:w="626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4F672C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بخش قابل تغییر</w:t>
            </w:r>
          </w:p>
        </w:tc>
      </w:tr>
      <w:tr w:rsidR="00CD0806" w14:paraId="02129EAF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1CFD1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customers.edit.general</w:t>
            </w:r>
          </w:p>
        </w:tc>
        <w:tc>
          <w:tcPr>
            <w:tcW w:w="62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26AEF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نام فروشگاه، مالک، اطلاعات هویتی و تصویر.</w:t>
            </w:r>
          </w:p>
        </w:tc>
      </w:tr>
      <w:tr w:rsidR="00CD0806" w14:paraId="28240824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5E637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customers.edit.contact</w:t>
            </w:r>
          </w:p>
        </w:tc>
        <w:tc>
          <w:tcPr>
            <w:tcW w:w="6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1A6F1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موبایل دوم، تلفن، رمز مشتری و اطلاعات تماس.</w:t>
            </w:r>
          </w:p>
        </w:tc>
      </w:tr>
      <w:tr w:rsidR="00CD0806" w14:paraId="53F44718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59179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customers.edit.location</w:t>
            </w:r>
          </w:p>
        </w:tc>
        <w:tc>
          <w:tcPr>
            <w:tcW w:w="62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E9A88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استان، شهر، آدرس، کدپستی و مختصات.</w:t>
            </w:r>
          </w:p>
        </w:tc>
      </w:tr>
      <w:tr w:rsidR="00CD0806" w14:paraId="15324307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58590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customers.accounting.edit</w:t>
            </w:r>
          </w:p>
        </w:tc>
        <w:tc>
          <w:tcPr>
            <w:tcW w:w="6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5D592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شناسه حسابداری.</w:t>
            </w:r>
          </w:p>
        </w:tc>
      </w:tr>
      <w:tr w:rsidR="00CD0806" w14:paraId="060DE10F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4221C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customers.sales.edit</w:t>
            </w:r>
          </w:p>
        </w:tc>
        <w:tc>
          <w:tcPr>
            <w:tcW w:w="62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17D9D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روش پرداخت، سقف اعتبار، مهلت تسویه و grade.</w:t>
            </w:r>
          </w:p>
        </w:tc>
      </w:tr>
      <w:tr w:rsidR="00CD0806" w14:paraId="3B5E9329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7FB3E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customers.distribution.edit</w:t>
            </w:r>
          </w:p>
        </w:tc>
        <w:tc>
          <w:tcPr>
            <w:tcW w:w="6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2541E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زون، روزهای ویزیت، تجهیزات و راهنمای توزیع.</w:t>
            </w:r>
          </w:p>
        </w:tc>
      </w:tr>
      <w:tr w:rsidR="00CD0806" w14:paraId="6F05B974" w14:textId="77777777"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406DF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customers.edit.assignment</w:t>
            </w:r>
          </w:p>
        </w:tc>
        <w:tc>
          <w:tcPr>
            <w:tcW w:w="62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C7E0B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تغییر visitor و بستن/ایجاد assignment history.</w:t>
            </w:r>
          </w:p>
        </w:tc>
      </w:tr>
      <w:tr w:rsidR="00CD0806" w14:paraId="5F6EB380" w14:textId="77777777"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A88E9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customers.edit.crm</w:t>
            </w:r>
          </w:p>
        </w:tc>
        <w:tc>
          <w:tcPr>
            <w:tcW w:w="6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728BE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lifecycle، status دسترسی، lost reason و status history.</w:t>
            </w:r>
          </w:p>
        </w:tc>
      </w:tr>
    </w:tbl>
    <w:p w14:paraId="34E91C61" w14:textId="77777777" w:rsidR="00CD0806" w:rsidRDefault="00CD0806" w:rsidP="00987EEA">
      <w:pPr>
        <w:rPr>
          <w:rFonts w:hint="eastAsia"/>
        </w:rPr>
      </w:pPr>
    </w:p>
    <w:p w14:paraId="6DF277C6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۸.۳. ثبت و انجام پیگیری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694A03A7" w14:textId="77777777">
        <w:tc>
          <w:tcPr>
            <w:tcW w:w="936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E9CC29" w14:textId="77777777" w:rsidR="00CD0806" w:rsidRDefault="00000000" w:rsidP="00987EEA">
            <w:pPr>
              <w:spacing w:after="0" w:line="252" w:lineRule="auto"/>
              <w:ind w:left="115"/>
              <w:rPr>
                <w:rFonts w:hint="eastAsia"/>
              </w:rPr>
            </w:pPr>
            <w:r>
              <w:rPr>
                <w:rFonts w:ascii="Consolas" w:hAnsi="Consolas"/>
                <w:color w:val="263238"/>
                <w:sz w:val="17"/>
              </w:rPr>
              <w:t>create: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validate customer + owner + due_at + type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INSERT follow_ups(status=pending)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next_follow_up_at = MIN(pending.due_at)</w:t>
            </w:r>
            <w:r>
              <w:rPr>
                <w:rFonts w:ascii="Consolas" w:hAnsi="Consolas"/>
                <w:color w:val="263238"/>
                <w:sz w:val="17"/>
              </w:rPr>
              <w:br/>
            </w:r>
            <w:r>
              <w:rPr>
                <w:rFonts w:ascii="Consolas" w:hAnsi="Consolas"/>
                <w:color w:val="263238"/>
                <w:sz w:val="17"/>
              </w:rPr>
              <w:br/>
              <w:t>complete: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UPDATE follow_ups(status=done, completed_at, completed_by)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INSERT customer_activities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UPDATE customers.last_activity_at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refresh next_follow_up_at</w:t>
            </w:r>
            <w:r>
              <w:rPr>
                <w:rFonts w:ascii="Consolas" w:hAnsi="Consolas"/>
                <w:color w:val="263238"/>
                <w:sz w:val="17"/>
              </w:rPr>
              <w:br/>
            </w:r>
            <w:r>
              <w:rPr>
                <w:rFonts w:ascii="Consolas" w:hAnsi="Consolas"/>
                <w:color w:val="263238"/>
                <w:sz w:val="17"/>
              </w:rPr>
              <w:br/>
              <w:t>cancel (مدیریت):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UPDATE follow_ups(status=cancelled)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refresh next_follow_up_at</w:t>
            </w:r>
          </w:p>
        </w:tc>
      </w:tr>
    </w:tbl>
    <w:p w14:paraId="577B17CD" w14:textId="77777777" w:rsidR="00CD0806" w:rsidRDefault="00CD0806" w:rsidP="00987EEA">
      <w:pPr>
        <w:rPr>
          <w:rFonts w:hint="eastAsia"/>
        </w:rPr>
      </w:pPr>
    </w:p>
    <w:p w14:paraId="284CF029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۸.۴. چرخه وضعیت مشتری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00"/>
        <w:gridCol w:w="3100"/>
        <w:gridCol w:w="3860"/>
      </w:tblGrid>
      <w:tr w:rsidR="00CD0806" w14:paraId="487D3508" w14:textId="77777777">
        <w:trPr>
          <w:tblHeader/>
        </w:trPr>
        <w:tc>
          <w:tcPr>
            <w:tcW w:w="24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A622D2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انتقال</w:t>
            </w:r>
          </w:p>
        </w:tc>
        <w:tc>
          <w:tcPr>
            <w:tcW w:w="31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92A888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محرک فعلی</w:t>
            </w:r>
          </w:p>
        </w:tc>
        <w:tc>
          <w:tcPr>
            <w:tcW w:w="38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5845DF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اثر داده‌ای</w:t>
            </w:r>
          </w:p>
        </w:tc>
      </w:tr>
      <w:tr w:rsidR="00CD0806" w14:paraId="7D41A033" w14:textId="77777777"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68568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NULL → potential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CBBAE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مشتری</w:t>
            </w:r>
          </w:p>
        </w:tc>
        <w:tc>
          <w:tcPr>
            <w:tcW w:w="3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CF000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customer_status_history اولیه.</w:t>
            </w:r>
          </w:p>
        </w:tc>
      </w:tr>
      <w:tr w:rsidR="00CD0806" w14:paraId="0F1F9C24" w14:textId="77777777"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ABCE8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potential → customer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1FB1B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انتخاب دستی در ویرایش</w:t>
            </w:r>
          </w:p>
        </w:tc>
        <w:tc>
          <w:tcPr>
            <w:tcW w:w="3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F29A8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first_purchase_at اگر خالی باشد پر می‌شود.</w:t>
            </w:r>
          </w:p>
        </w:tc>
      </w:tr>
      <w:tr w:rsidR="00CD0806" w14:paraId="08860274" w14:textId="77777777"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B5DC3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هر وضعیت → lost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CEA46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انتخاب lifecycle lost</w:t>
            </w:r>
          </w:p>
        </w:tc>
        <w:tc>
          <w:tcPr>
            <w:tcW w:w="3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856BD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lost_reason اجباری و lost_at ثبت می‌شود.</w:t>
            </w:r>
          </w:p>
        </w:tc>
      </w:tr>
      <w:tr w:rsidR="00CD0806" w14:paraId="3EDA92C1" w14:textId="77777777"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18C13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lost → وضعیت دیگر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B9CAE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ویرایش دستی</w:t>
            </w:r>
          </w:p>
        </w:tc>
        <w:tc>
          <w:tcPr>
            <w:tcW w:w="3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A9CAE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lost_at و lost_reason پاک می‌شوند.</w:t>
            </w:r>
          </w:p>
        </w:tc>
      </w:tr>
      <w:tr w:rsidR="00CD0806" w14:paraId="4D494621" w14:textId="77777777">
        <w:tc>
          <w:tcPr>
            <w:tcW w:w="24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3CD9D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هر وضعیت → inactive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7E043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ویرایش دستی</w:t>
            </w:r>
          </w:p>
        </w:tc>
        <w:tc>
          <w:tcPr>
            <w:tcW w:w="3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75910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اتوماسیون زمانی فعلی وجود ندارد.</w:t>
            </w:r>
          </w:p>
        </w:tc>
      </w:tr>
    </w:tbl>
    <w:p w14:paraId="18F2298C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۸.۵. تخصیص راننده و ماشین</w:t>
      </w:r>
    </w:p>
    <w:p w14:paraId="1D30AB77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ماشین باید active باشد.</w:t>
      </w:r>
    </w:p>
    <w:p w14:paraId="6F2EB245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راننده باید کاربر active با role driver باشد.</w:t>
      </w:r>
    </w:p>
    <w:p w14:paraId="6D79EA30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در تخصیص جدید، رکورد active قبلی ended می‌شود و رکورد جدید درج می‌گردد.</w:t>
      </w:r>
    </w:p>
    <w:p w14:paraId="791A2DA4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ماشین فعال نمی‌تواند هم‌زمان در زون دیگری تخصیص فعال داشته باشد.</w:t>
      </w:r>
    </w:p>
    <w:p w14:paraId="7C55F6AB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تاریخچه در profile و assignments قابل مشاهده است.</w:t>
      </w:r>
    </w:p>
    <w:p w14:paraId="08E4F556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t>۹. راهنمای راه‌اندازی و داده‌های تست</w:t>
      </w:r>
    </w:p>
    <w:p w14:paraId="52A4976B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۹.۱. پیش‌نیازها</w:t>
      </w:r>
    </w:p>
    <w:p w14:paraId="0F51C009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Apache با فعال بودن mod_rewrite/AllowOverride مطابق vhost.txt.</w:t>
      </w:r>
    </w:p>
    <w:p w14:paraId="4E40DCC8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PHP با PDO MySQL و توابع فایل/تصویر مورد استفاده.</w:t>
      </w:r>
    </w:p>
    <w:p w14:paraId="2962B162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MySQL یا MariaDB با پشتیبانی utf8mb4 و foreign key.</w:t>
      </w:r>
    </w:p>
    <w:p w14:paraId="4A3BD671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تنظیم DocumentRoot روی F:/13-Localhost/atashfaraz یا مسیر معادل.</w:t>
      </w:r>
    </w:p>
    <w:p w14:paraId="749E7EB8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دامنه محلی atashfaraz.localhost در hosts ویندوز.</w:t>
      </w:r>
    </w:p>
    <w:p w14:paraId="7F705898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دسترسی نوشتن به uploads/shop_images.</w:t>
      </w:r>
    </w:p>
    <w:p w14:paraId="1403B3E3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۹.۲. نصب دیتابیس با ابزار پروژه</w:t>
      </w:r>
    </w:p>
    <w:p w14:paraId="6D18B7E5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دیتابیس خالی syspakhshdb را بسازید.</w:t>
      </w:r>
    </w:p>
    <w:p w14:paraId="6853C161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به /ADMIN/sql.php بروید؛ فقط در محیط محلی و پس از حفاظت دسترسی.</w:t>
      </w:r>
    </w:p>
    <w:p w14:paraId="702E835F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001_initial_schema.sql را اجرا کنید.</w:t>
      </w:r>
    </w:p>
    <w:p w14:paraId="4372CB3F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002_required_data.sql را اجرا کنید.</w:t>
      </w:r>
    </w:p>
    <w:p w14:paraId="25EC13EB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برای محیط تست 003_test_data.sql را اجرا کنید.</w:t>
      </w:r>
    </w:p>
    <w:p w14:paraId="6CC4E4A7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پس از نصب، login مدیریت و بازاریاب را با سناریوهای فصل ۱۰ بررسی کنید.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783B57E2" w14:textId="77777777">
        <w:tc>
          <w:tcPr>
            <w:tcW w:w="936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84C30B" w14:textId="1517159A" w:rsidR="00CD0806" w:rsidRDefault="00000000" w:rsidP="00987EEA">
            <w:pPr>
              <w:spacing w:after="0" w:line="252" w:lineRule="auto"/>
              <w:ind w:left="115"/>
              <w:rPr>
                <w:rFonts w:hint="eastAsia"/>
              </w:rPr>
            </w:pPr>
            <w:r>
              <w:rPr>
                <w:rFonts w:ascii="Consolas" w:hAnsi="Consolas"/>
                <w:color w:val="263238"/>
                <w:sz w:val="17"/>
              </w:rPr>
              <w:t>ترتیب صحیح: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001_initial_schema.sql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002_required_data.sql</w:t>
            </w:r>
            <w:r>
              <w:rPr>
                <w:rFonts w:ascii="Consolas" w:hAnsi="Consolas"/>
                <w:color w:val="263238"/>
                <w:sz w:val="17"/>
              </w:rPr>
              <w:br/>
              <w:t xml:space="preserve">  003_test_data.sql  (اختیاری برای تست)</w:t>
            </w:r>
          </w:p>
        </w:tc>
      </w:tr>
    </w:tbl>
    <w:p w14:paraId="17A75F9B" w14:textId="77777777" w:rsidR="00CD0806" w:rsidRDefault="00CD0806" w:rsidP="00987EEA">
      <w:pPr>
        <w:rPr>
          <w:rFonts w:hint="eastAsia"/>
        </w:rPr>
      </w:pPr>
    </w:p>
    <w:p w14:paraId="0B0B835F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۹.۳. کاربران seed و رمز تست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00"/>
        <w:gridCol w:w="2200"/>
        <w:gridCol w:w="1800"/>
        <w:gridCol w:w="3160"/>
      </w:tblGrid>
      <w:tr w:rsidR="00CD0806" w14:paraId="5275CBE2" w14:textId="77777777">
        <w:trPr>
          <w:tblHeader/>
        </w:trPr>
        <w:tc>
          <w:tcPr>
            <w:tcW w:w="220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BB809E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username</w:t>
            </w:r>
          </w:p>
        </w:tc>
        <w:tc>
          <w:tcPr>
            <w:tcW w:w="220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421493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نقش</w:t>
            </w:r>
          </w:p>
        </w:tc>
        <w:tc>
          <w:tcPr>
            <w:tcW w:w="180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1C29D1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رمز seed</w:t>
            </w:r>
          </w:p>
        </w:tc>
        <w:tc>
          <w:tcPr>
            <w:tcW w:w="3160" w:type="dxa"/>
            <w:shd w:val="clear" w:color="auto" w:fill="00796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7CE550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کاربرد تست</w:t>
            </w:r>
          </w:p>
        </w:tc>
      </w:tr>
      <w:tr w:rsidR="00CD0806" w14:paraId="591580D3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1B822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admin</w:t>
            </w:r>
          </w:p>
        </w:tc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5E054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مدیر سیستم</w:t>
            </w:r>
          </w:p>
        </w:tc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DB4E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password</w:t>
            </w:r>
          </w:p>
        </w:tc>
        <w:tc>
          <w:tcPr>
            <w:tcW w:w="3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121DF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تست کامل پنل مدیریت.</w:t>
            </w:r>
          </w:p>
        </w:tc>
      </w:tr>
      <w:tr w:rsidR="00CD0806" w14:paraId="7290A6E1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FBF98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expert_1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A109A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کارشناس سیستم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FB784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password</w:t>
            </w:r>
          </w:p>
        </w:tc>
        <w:tc>
          <w:tcPr>
            <w:tcW w:w="3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41E8E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تست رفتار نقش بدون permissionهای تخصیص‌یافته پیش‌فرض.</w:t>
            </w:r>
          </w:p>
        </w:tc>
      </w:tr>
      <w:tr w:rsidR="00CD0806" w14:paraId="740B8ED0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5EF21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expert_2</w:t>
            </w:r>
          </w:p>
        </w:tc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7A02A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کارشناس سیستم</w:t>
            </w:r>
          </w:p>
        </w:tc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C446D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password</w:t>
            </w:r>
          </w:p>
        </w:tc>
        <w:tc>
          <w:tcPr>
            <w:tcW w:w="3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DD6F8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تست کاربر دوم.</w:t>
            </w:r>
          </w:p>
        </w:tc>
      </w:tr>
      <w:tr w:rsidR="00CD0806" w14:paraId="0B15AF5F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72B16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visitor_1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0DAA2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بازاریاب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45178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password</w:t>
            </w:r>
          </w:p>
        </w:tc>
        <w:tc>
          <w:tcPr>
            <w:tcW w:w="3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A521F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مالک مشتریان ۱ و ۲.</w:t>
            </w:r>
          </w:p>
        </w:tc>
      </w:tr>
      <w:tr w:rsidR="00CD0806" w14:paraId="3FDFC489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F5756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visitor_2</w:t>
            </w:r>
          </w:p>
        </w:tc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A6ACF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بازاریاب</w:t>
            </w:r>
          </w:p>
        </w:tc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47504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password</w:t>
            </w:r>
          </w:p>
        </w:tc>
        <w:tc>
          <w:tcPr>
            <w:tcW w:w="3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E0BDD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مالک مشتریان ۳ و ۴.</w:t>
            </w:r>
          </w:p>
        </w:tc>
      </w:tr>
      <w:tr w:rsidR="00CD0806" w14:paraId="02633EB0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83970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driver_1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45F0E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راننده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370C4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password</w:t>
            </w:r>
          </w:p>
        </w:tc>
        <w:tc>
          <w:tcPr>
            <w:tcW w:w="3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DEFB8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راننده ماشین ۱ و زون ۱.</w:t>
            </w:r>
          </w:p>
        </w:tc>
      </w:tr>
      <w:tr w:rsidR="00CD0806" w14:paraId="1992ADD1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68899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driver_2</w:t>
            </w:r>
          </w:p>
        </w:tc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73C47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راننده</w:t>
            </w:r>
          </w:p>
        </w:tc>
        <w:tc>
          <w:tcPr>
            <w:tcW w:w="1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45132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password</w:t>
            </w:r>
          </w:p>
        </w:tc>
        <w:tc>
          <w:tcPr>
            <w:tcW w:w="3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FD682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راننده ماشین ۲ و زون ۲/۳.</w:t>
            </w:r>
          </w:p>
        </w:tc>
      </w:tr>
    </w:tbl>
    <w:p w14:paraId="2B22DD21" w14:textId="77777777" w:rsidR="00CD0806" w:rsidRDefault="00CD0806" w:rsidP="00987EEA">
      <w:pPr>
        <w:rPr>
          <w:rFonts w:hint="eastAsia"/>
        </w:rPr>
      </w:pP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11932E9B" w14:textId="77777777">
        <w:tc>
          <w:tcPr>
            <w:tcW w:w="9360" w:type="dxa"/>
            <w:shd w:val="clear" w:color="auto" w:fill="FFEBEE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38A0949" w14:textId="77777777" w:rsidR="00CD0806" w:rsidRDefault="00000000" w:rsidP="00987EEA">
            <w:pPr>
              <w:bidi/>
              <w:spacing w:after="0"/>
              <w:rPr>
                <w:rFonts w:hint="eastAsia"/>
              </w:rPr>
            </w:pPr>
            <w:r>
              <w:rPr>
                <w:b/>
                <w:color w:val="B71C1C"/>
                <w:szCs w:val="20"/>
                <w:rtl/>
              </w:rPr>
              <w:t xml:space="preserve">امنیت: </w:t>
            </w:r>
            <w:r>
              <w:rPr>
                <w:color w:val="B71C1C"/>
                <w:szCs w:val="20"/>
                <w:rtl/>
              </w:rPr>
              <w:t>رمزهای seed فقط برای محیط توسعه هستند. در اولین نصب واقعی باید admin و تمام حساب‌های نمونه حذف یا رمز آن‌ها تغییر داده شود.</w:t>
            </w:r>
          </w:p>
        </w:tc>
      </w:tr>
    </w:tbl>
    <w:p w14:paraId="566FB82A" w14:textId="77777777" w:rsidR="00CD0806" w:rsidRDefault="00CD0806" w:rsidP="00987EEA">
      <w:pPr>
        <w:rPr>
          <w:rFonts w:hint="eastAsia"/>
        </w:rPr>
      </w:pPr>
    </w:p>
    <w:p w14:paraId="16F90484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۹.۴. داده‌های تست نمونه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00"/>
        <w:gridCol w:w="7060"/>
      </w:tblGrid>
      <w:tr w:rsidR="00CD0806" w14:paraId="5CE3B929" w14:textId="77777777">
        <w:trPr>
          <w:tblHeader/>
        </w:trPr>
        <w:tc>
          <w:tcPr>
            <w:tcW w:w="23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2F0CF3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حوزه</w:t>
            </w:r>
          </w:p>
        </w:tc>
        <w:tc>
          <w:tcPr>
            <w:tcW w:w="70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10ADAE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نمونه‌های درج‌شده</w:t>
            </w:r>
          </w:p>
        </w:tc>
      </w:tr>
      <w:tr w:rsidR="00CD0806" w14:paraId="3ACB5EFB" w14:textId="77777777">
        <w:tc>
          <w:tcPr>
            <w:tcW w:w="2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4348A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جغرافیا</w:t>
            </w:r>
          </w:p>
        </w:tc>
        <w:tc>
          <w:tcPr>
            <w:tcW w:w="70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4680E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استان گیلان و مازندران و شهرهای پایه.</w:t>
            </w:r>
          </w:p>
        </w:tc>
      </w:tr>
      <w:tr w:rsidR="00CD0806" w14:paraId="5DCBD4F2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0786D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دسته مشتری</w:t>
            </w:r>
          </w:p>
        </w:tc>
        <w:tc>
          <w:tcPr>
            <w:tcW w:w="7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CCE72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عمومی، ویژه، تستی.</w:t>
            </w:r>
          </w:p>
        </w:tc>
      </w:tr>
      <w:tr w:rsidR="00CD0806" w14:paraId="208F5F54" w14:textId="77777777">
        <w:tc>
          <w:tcPr>
            <w:tcW w:w="2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540B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زون</w:t>
            </w:r>
          </w:p>
        </w:tc>
        <w:tc>
          <w:tcPr>
            <w:tcW w:w="70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7FE56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۴ مسیر نمونه تهران غرب/شرق/شمال/جنوب.</w:t>
            </w:r>
          </w:p>
        </w:tc>
      </w:tr>
      <w:tr w:rsidR="00CD0806" w14:paraId="0F4A313F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48EFF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ماشین</w:t>
            </w:r>
          </w:p>
        </w:tc>
        <w:tc>
          <w:tcPr>
            <w:tcW w:w="7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2B618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VAN-001 و ISUZU-001.</w:t>
            </w:r>
          </w:p>
        </w:tc>
      </w:tr>
      <w:tr w:rsidR="00CD0806" w14:paraId="677C5175" w14:textId="77777777">
        <w:tc>
          <w:tcPr>
            <w:tcW w:w="2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FFB4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مشتری</w:t>
            </w:r>
          </w:p>
        </w:tc>
        <w:tc>
          <w:tcPr>
            <w:tcW w:w="70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66BD6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۴ مشتری با visitor، zone، grade و payment متفاوت.</w:t>
            </w:r>
          </w:p>
        </w:tc>
      </w:tr>
      <w:tr w:rsidR="00CD0806" w14:paraId="178F33C1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4DF52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assignment</w:t>
            </w:r>
          </w:p>
        </w:tc>
        <w:tc>
          <w:tcPr>
            <w:tcW w:w="7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3D35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تخصیص بازاریاب مشتری و راننده/ماشین/زون.</w:t>
            </w:r>
          </w:p>
        </w:tc>
      </w:tr>
    </w:tbl>
    <w:p w14:paraId="6BC13EDD" w14:textId="77777777" w:rsidR="00CD0806" w:rsidRDefault="00CD0806" w:rsidP="00987EEA">
      <w:pPr>
        <w:rPr>
          <w:rFonts w:hint="eastAsia"/>
        </w:rPr>
      </w:pP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58C05928" w14:textId="77777777">
        <w:tc>
          <w:tcPr>
            <w:tcW w:w="9360" w:type="dxa"/>
            <w:shd w:val="clear" w:color="auto" w:fill="FFF8E1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F9596A0" w14:textId="77777777" w:rsidR="00CD0806" w:rsidRDefault="00000000" w:rsidP="00987EEA">
            <w:pPr>
              <w:bidi/>
              <w:spacing w:after="0"/>
              <w:rPr>
                <w:rFonts w:hint="eastAsia"/>
              </w:rPr>
            </w:pPr>
            <w:r>
              <w:rPr>
                <w:b/>
                <w:color w:val="6D4C00"/>
                <w:szCs w:val="20"/>
                <w:rtl/>
              </w:rPr>
              <w:t xml:space="preserve">نکته داده تست: </w:t>
            </w:r>
            <w:r>
              <w:rPr>
                <w:color w:val="6D4C00"/>
                <w:szCs w:val="20"/>
                <w:rtl/>
              </w:rPr>
              <w:t>در 003_test_data.sql بعضی آدرس‌های متنی با استان/شهر انتخاب‌شده هم‌خوان نیستند؛ این موضوع برای تست constraint برنامه مفید است اما برای داده نمایشی واقعی باید اصلاح شود.</w:t>
            </w:r>
          </w:p>
        </w:tc>
      </w:tr>
    </w:tbl>
    <w:p w14:paraId="6629360F" w14:textId="77777777" w:rsidR="00CD0806" w:rsidRDefault="00CD0806" w:rsidP="00987EEA">
      <w:pPr>
        <w:rPr>
          <w:rtl/>
        </w:rPr>
      </w:pPr>
    </w:p>
    <w:p w14:paraId="0CFBB541" w14:textId="77777777" w:rsidR="00887A36" w:rsidRDefault="00887A36" w:rsidP="00987EEA">
      <w:pPr>
        <w:rPr>
          <w:rFonts w:hint="eastAsia"/>
        </w:rPr>
      </w:pPr>
    </w:p>
    <w:p w14:paraId="560BD82E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lastRenderedPageBreak/>
        <w:t>۱۰. برنامه تست جامع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584EADFA" w14:textId="77777777">
        <w:tc>
          <w:tcPr>
            <w:tcW w:w="9360" w:type="dxa"/>
            <w:shd w:val="clear" w:color="auto" w:fill="E1F5FE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F714AC8" w14:textId="77777777" w:rsidR="00CD0806" w:rsidRDefault="00000000" w:rsidP="00987EEA">
            <w:pPr>
              <w:bidi/>
              <w:spacing w:after="0"/>
              <w:rPr>
                <w:rFonts w:hint="eastAsia"/>
              </w:rPr>
            </w:pPr>
            <w:r>
              <w:rPr>
                <w:b/>
                <w:color w:val="12344D"/>
                <w:szCs w:val="20"/>
                <w:rtl/>
              </w:rPr>
              <w:t xml:space="preserve">روش ثبت نتیجه: </w:t>
            </w:r>
            <w:r>
              <w:rPr>
                <w:color w:val="12344D"/>
                <w:szCs w:val="20"/>
                <w:rtl/>
              </w:rPr>
              <w:t>هر تست را با شماره، نقش، URL، داده ورودی، نتیجه مورد انتظار و نتیجه واقعی ثبت کنید. تست مجوز را هم با پنهان شدن منو و هم با ورود مستقیم به URL انجام دهید.</w:t>
            </w:r>
          </w:p>
        </w:tc>
      </w:tr>
    </w:tbl>
    <w:p w14:paraId="5D75290F" w14:textId="77777777" w:rsidR="00CD0806" w:rsidRDefault="00CD0806" w:rsidP="00987EEA">
      <w:pPr>
        <w:rPr>
          <w:rFonts w:hint="eastAsia"/>
        </w:rPr>
      </w:pPr>
    </w:p>
    <w:p w14:paraId="72B50B19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۱۰.۱. تست دودویی راه‌اندازی</w:t>
      </w:r>
    </w:p>
    <w:p w14:paraId="2677B871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دامنه atashfaraz.localhost باز می‌شود و خطای 500/مسیر مطلق دیده نمی‌شود.</w:t>
      </w:r>
    </w:p>
    <w:p w14:paraId="59EB925A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اتصال PDO به syspakhshdb برقرار است.</w:t>
      </w:r>
    </w:p>
    <w:p w14:paraId="3D5A7597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صفحه login مدیریت باز می‌شود.</w:t>
      </w:r>
    </w:p>
    <w:p w14:paraId="525DF51A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ورود admin با password موفق و last_login_at تغییر می‌کند.</w:t>
      </w:r>
    </w:p>
    <w:p w14:paraId="7990B8B7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خروج مدیریت session را می‌بندد.</w:t>
      </w:r>
    </w:p>
    <w:p w14:paraId="400B2F41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ورود visitor_1 به /marketer/login.php موفق است.</w:t>
      </w:r>
    </w:p>
    <w:p w14:paraId="0820A450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پنل بازاریاب در موبایل و دسکتاپ بدون overflow اساسی نمایش داده می‌شود.</w:t>
      </w:r>
    </w:p>
    <w:p w14:paraId="674C406A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استان و شهر در فرم بازاریاب با AJAX کار می‌کند.</w:t>
      </w:r>
    </w:p>
    <w:p w14:paraId="73501AEA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تصویر فروشگاه در uploads/shop_images ذخیره می‌شود.</w:t>
      </w:r>
    </w:p>
    <w:p w14:paraId="63257F3D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لاگ‌های ایجاد مشتری و پیگیری در modules/logs نمایش داده می‌شوند.</w:t>
      </w:r>
    </w:p>
    <w:p w14:paraId="308F274B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۱۰.۲. تست ورود و نشست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00"/>
        <w:gridCol w:w="4000"/>
        <w:gridCol w:w="4160"/>
      </w:tblGrid>
      <w:tr w:rsidR="00CD0806" w14:paraId="283ECAA4" w14:textId="77777777">
        <w:trPr>
          <w:tblHeader/>
        </w:trPr>
        <w:tc>
          <w:tcPr>
            <w:tcW w:w="12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E343CE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کد</w:t>
            </w:r>
          </w:p>
        </w:tc>
        <w:tc>
          <w:tcPr>
            <w:tcW w:w="40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AD34B0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سناریو</w:t>
            </w:r>
          </w:p>
        </w:tc>
        <w:tc>
          <w:tcPr>
            <w:tcW w:w="41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CB31B5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نتیجه مورد انتظار</w:t>
            </w:r>
          </w:p>
        </w:tc>
      </w:tr>
      <w:tr w:rsidR="00CD0806" w14:paraId="026906B9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F0BFE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AUTH-01</w:t>
            </w:r>
          </w:p>
        </w:tc>
        <w:tc>
          <w:tcPr>
            <w:tcW w:w="4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FF085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username/password خالی در مدیریت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EEC78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خطای اعتبارسنجی و عدم query مؤثر.</w:t>
            </w:r>
          </w:p>
        </w:tc>
      </w:tr>
      <w:tr w:rsidR="00CD0806" w14:paraId="4EF8DB66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338CA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AUTH-02</w:t>
            </w:r>
          </w:p>
        </w:tc>
        <w:tc>
          <w:tcPr>
            <w:tcW w:w="4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A8756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رمز اشتباه مدیریت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ADF0B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عدم ورود و ثبت log شکست.</w:t>
            </w:r>
          </w:p>
        </w:tc>
      </w:tr>
      <w:tr w:rsidR="00CD0806" w14:paraId="2196CA6C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05AB0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AUTH-03</w:t>
            </w:r>
          </w:p>
        </w:tc>
        <w:tc>
          <w:tcPr>
            <w:tcW w:w="4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7DFBC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کاربر pending/blocked/inactive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303CB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عدم ورود با پیام وضعیت مربوط.</w:t>
            </w:r>
          </w:p>
        </w:tc>
      </w:tr>
      <w:tr w:rsidR="00CD0806" w14:paraId="2E2B4B44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E047B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AUTH-04</w:t>
            </w:r>
          </w:p>
        </w:tc>
        <w:tc>
          <w:tcPr>
            <w:tcW w:w="4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2BC69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ورود موفق مدیریت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6F696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session regenerate، نقش و permission در session.</w:t>
            </w:r>
          </w:p>
        </w:tc>
      </w:tr>
      <w:tr w:rsidR="00CD0806" w14:paraId="4CFCFF42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F3480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AUTH-05</w:t>
            </w:r>
          </w:p>
        </w:tc>
        <w:tc>
          <w:tcPr>
            <w:tcW w:w="4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1FADC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خروج مدیریت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59A43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پاک شدن session و redirect به login.</w:t>
            </w:r>
          </w:p>
        </w:tc>
      </w:tr>
      <w:tr w:rsidR="00CD0806" w14:paraId="7DDD9858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D972C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AUTH-06</w:t>
            </w:r>
          </w:p>
        </w:tc>
        <w:tc>
          <w:tcPr>
            <w:tcW w:w="4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15E48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بازاریاب بدون role visitor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EE23B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رد شدن در login بازاریاب.</w:t>
            </w:r>
          </w:p>
        </w:tc>
      </w:tr>
      <w:tr w:rsidR="00CD0806" w14:paraId="4F1E24FC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2A58E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AUTH-07</w:t>
            </w:r>
          </w:p>
        </w:tc>
        <w:tc>
          <w:tcPr>
            <w:tcW w:w="4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A0CC1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visitor بدون marketer.panel.login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C3519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رد شدن در login بازاریاب.</w:t>
            </w:r>
          </w:p>
        </w:tc>
      </w:tr>
      <w:tr w:rsidR="00CD0806" w14:paraId="6D2740DB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7DBF8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AUTH-08</w:t>
            </w:r>
          </w:p>
        </w:tc>
        <w:tc>
          <w:tcPr>
            <w:tcW w:w="4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2A3C3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ورود موفق بازاریاب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5417F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ساخت session مستقل و CSRF.</w:t>
            </w:r>
          </w:p>
        </w:tc>
      </w:tr>
      <w:tr w:rsidR="00CD0806" w14:paraId="5F0FF1FE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EFF64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AUTH-09</w:t>
            </w:r>
          </w:p>
        </w:tc>
        <w:tc>
          <w:tcPr>
            <w:tcW w:w="4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C746F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باز کردن URL پنل بدون session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FAA81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redirect به login متناظر.</w:t>
            </w:r>
          </w:p>
        </w:tc>
      </w:tr>
      <w:tr w:rsidR="00CD0806" w14:paraId="3D23FFA0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C3837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AUTH-10</w:t>
            </w:r>
          </w:p>
        </w:tc>
        <w:tc>
          <w:tcPr>
            <w:tcW w:w="4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97AFD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باز کردن صفحه مدیریت با session بازاریاب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42BB9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نباید مجوز پنل مدیریت تلقی شود.</w:t>
            </w:r>
          </w:p>
        </w:tc>
      </w:tr>
    </w:tbl>
    <w:p w14:paraId="2912808E" w14:textId="77777777" w:rsidR="00CD0806" w:rsidRDefault="00CD0806" w:rsidP="00987EEA">
      <w:pPr>
        <w:rPr>
          <w:rtl/>
        </w:rPr>
      </w:pPr>
    </w:p>
    <w:p w14:paraId="564B4487" w14:textId="77777777" w:rsidR="00887A36" w:rsidRDefault="00887A36" w:rsidP="00987EEA">
      <w:pPr>
        <w:rPr>
          <w:rFonts w:hint="eastAsia"/>
        </w:rPr>
      </w:pPr>
    </w:p>
    <w:p w14:paraId="45DAA2D9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۱۰.۳. تست CRUD مشتری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00"/>
        <w:gridCol w:w="3950"/>
        <w:gridCol w:w="4210"/>
      </w:tblGrid>
      <w:tr w:rsidR="00CD0806" w14:paraId="38D4EFB3" w14:textId="77777777">
        <w:trPr>
          <w:tblHeader/>
        </w:trPr>
        <w:tc>
          <w:tcPr>
            <w:tcW w:w="12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A641CF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کد</w:t>
            </w:r>
          </w:p>
        </w:tc>
        <w:tc>
          <w:tcPr>
            <w:tcW w:w="395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37A061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سناریو</w:t>
            </w:r>
          </w:p>
        </w:tc>
        <w:tc>
          <w:tcPr>
            <w:tcW w:w="421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107E94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بررسی</w:t>
            </w:r>
          </w:p>
        </w:tc>
      </w:tr>
      <w:tr w:rsidR="00CD0806" w14:paraId="75885035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FC6A2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CUS-01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809ED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با owner/mobile/category معتبر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59E3E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رکورد customers، assignment، history، activity و log ایجاد شود.</w:t>
            </w:r>
          </w:p>
        </w:tc>
      </w:tr>
      <w:tr w:rsidR="00CD0806" w14:paraId="2987F412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79EBC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CUS-02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57FCB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با موبایل تکراری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86481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 و عدم ایجاد رکورد دوم.</w:t>
            </w:r>
          </w:p>
        </w:tc>
      </w:tr>
      <w:tr w:rsidR="00CD0806" w14:paraId="785CB088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AB10F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CUS-03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B7611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موبایل با رقم فارسی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14D5D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در صورت ورودی پنل مناسب، رفتار normalize بررسی شود.</w:t>
            </w:r>
          </w:p>
        </w:tc>
      </w:tr>
      <w:tr w:rsidR="00CD0806" w14:paraId="65C10D95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ED554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CUS-04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ED790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alternative_mobile نامعتبر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48110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خطا.</w:t>
            </w:r>
          </w:p>
        </w:tc>
      </w:tr>
      <w:tr w:rsidR="00CD0806" w14:paraId="1F971C70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32EC2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CUS-05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99E0D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کد ملی نامعتبر/تکراری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53880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خطا.</w:t>
            </w:r>
          </w:p>
        </w:tc>
      </w:tr>
      <w:tr w:rsidR="00CD0806" w14:paraId="796CC573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2AB3A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CUS-06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39FF8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کد اقتصادی غیر ۱۲ رقمی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0CC84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خطا.</w:t>
            </w:r>
          </w:p>
        </w:tc>
      </w:tr>
      <w:tr w:rsidR="00CD0806" w14:paraId="226C15EB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DFD5A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CUS-07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14FBE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کد پستی غیر ۱۰ رقمی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11A82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خطا.</w:t>
            </w:r>
          </w:p>
        </w:tc>
      </w:tr>
      <w:tr w:rsidR="00CD0806" w14:paraId="373C8E3B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918BA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CUS-08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A635E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city متعلق به province دیگر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6E519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خطا.</w:t>
            </w:r>
          </w:p>
        </w:tc>
      </w:tr>
      <w:tr w:rsidR="00CD0806" w14:paraId="4F599670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2943C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CUS-09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19002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visitor غیرفعال یا بدون role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28BFF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خطا.</w:t>
            </w:r>
          </w:p>
        </w:tc>
      </w:tr>
      <w:tr w:rsidR="00CD0806" w14:paraId="0BBD30F8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ED1E9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CUS-10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BAF01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آپلود فایل غیرتصویری/بیش از ۵MB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9900B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 و فایل نباید در مقصد بماند.</w:t>
            </w:r>
          </w:p>
        </w:tc>
      </w:tr>
      <w:tr w:rsidR="00CD0806" w14:paraId="1F55F17B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0C4E5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CUS-11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256A6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ویرایش توسط visitor روی مشتری دیگری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70616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رد دسترسی.</w:t>
            </w:r>
          </w:p>
        </w:tc>
      </w:tr>
      <w:tr w:rsidR="00CD0806" w14:paraId="447F59B0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1DCA9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CUS-12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F19A3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ویرایش با permission جزئی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B6BD0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فیلدهای خارج از permission نباید تغییر کنند.</w:t>
            </w:r>
          </w:p>
        </w:tc>
      </w:tr>
      <w:tr w:rsidR="00CD0806" w14:paraId="30439446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A0972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CUS-13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D42B7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تغییر visitor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94E5E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assignment قبلی ended و جدید active.</w:t>
            </w:r>
          </w:p>
        </w:tc>
      </w:tr>
      <w:tr w:rsidR="00CD0806" w14:paraId="4727CB7D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9C095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CUS-14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1FF6A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تغییر lifecycle به lost بدون دلیل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460B2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خطا.</w:t>
            </w:r>
          </w:p>
        </w:tc>
      </w:tr>
      <w:tr w:rsidR="00CD0806" w14:paraId="36064472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B643D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CUS-15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55693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تغییر lifecycle به customer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B35D1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first_purchase_at پر شود.</w:t>
            </w:r>
          </w:p>
        </w:tc>
      </w:tr>
      <w:tr w:rsidR="00CD0806" w14:paraId="20ECE4EF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7C992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CUS-16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0BCEC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حذف/تعویض تصویر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0758F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فایل قبلی در صورت امکان حذف و فایل جدید ثبت شود.</w:t>
            </w:r>
          </w:p>
        </w:tc>
      </w:tr>
    </w:tbl>
    <w:p w14:paraId="3B175933" w14:textId="77777777" w:rsidR="00CD0806" w:rsidRDefault="00CD0806" w:rsidP="00987EEA">
      <w:pPr>
        <w:rPr>
          <w:rFonts w:hint="eastAsia"/>
        </w:rPr>
      </w:pPr>
    </w:p>
    <w:p w14:paraId="09C5D219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۱۰.۴. تست پیگیری و فعالیت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00"/>
        <w:gridCol w:w="3950"/>
        <w:gridCol w:w="4210"/>
      </w:tblGrid>
      <w:tr w:rsidR="00CD0806" w14:paraId="2CF2632B" w14:textId="77777777">
        <w:trPr>
          <w:tblHeader/>
        </w:trPr>
        <w:tc>
          <w:tcPr>
            <w:tcW w:w="12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19B106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کد</w:t>
            </w:r>
          </w:p>
        </w:tc>
        <w:tc>
          <w:tcPr>
            <w:tcW w:w="395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A8DF8A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سناریو</w:t>
            </w:r>
          </w:p>
        </w:tc>
        <w:tc>
          <w:tcPr>
            <w:tcW w:w="421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9478FC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نتیجه مورد انتظار</w:t>
            </w:r>
          </w:p>
        </w:tc>
      </w:tr>
      <w:tr w:rsidR="00CD0806" w14:paraId="43E76062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D339C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FUP-01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5C098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pending توسط مدیر برای مشتری و کاربر فعال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E6DE3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رکورد pending و next_follow_up_at.</w:t>
            </w:r>
          </w:p>
        </w:tc>
      </w:tr>
      <w:tr w:rsidR="00CD0806" w14:paraId="57ACB001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69743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FUP-02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9CD31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توسط visitor برای مشتری خودش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5B53D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موفق.</w:t>
            </w:r>
          </w:p>
        </w:tc>
      </w:tr>
      <w:tr w:rsidR="00CD0806" w14:paraId="6A70F79A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E9001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FUP-03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B5312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visitor برای مشتری دیگری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2B3A8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رد مالکیت.</w:t>
            </w:r>
          </w:p>
        </w:tc>
      </w:tr>
      <w:tr w:rsidR="00CD0806" w14:paraId="3427215F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D7AF6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FUP-04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6FED5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تاریخ شمسی نامعتبر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EFDE1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خطا.</w:t>
            </w:r>
          </w:p>
        </w:tc>
      </w:tr>
      <w:tr w:rsidR="00CD0806" w14:paraId="2D9A7E34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38024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FUP-05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BBD2D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نوع followup نامعتبر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94E17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خطا.</w:t>
            </w:r>
          </w:p>
        </w:tc>
      </w:tr>
      <w:tr w:rsidR="00CD0806" w14:paraId="7C2D5EB0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E860E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FUP-06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DACA8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complete توسط assigned_to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99390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done، activity، last_activity_at و refresh موعد بعد.</w:t>
            </w:r>
          </w:p>
        </w:tc>
      </w:tr>
      <w:tr w:rsidR="00CD0806" w14:paraId="2F6E06C4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96790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FUP-07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ADDB6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complete توسط کاربر دیگر بدون others.manage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C6105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رد.</w:t>
            </w:r>
          </w:p>
        </w:tc>
      </w:tr>
      <w:tr w:rsidR="00CD0806" w14:paraId="1DFE2F18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065E4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lastRenderedPageBreak/>
              <w:t>FUP-08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5B91C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cancel توسط مدیر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F52E4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cancelled و refresh موعد بعد.</w:t>
            </w:r>
          </w:p>
        </w:tc>
      </w:tr>
      <w:tr w:rsidR="00CD0806" w14:paraId="5598FE4E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616D8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FUP-09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B2DA2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cancel توسط بازاریاب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67364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رد عمدی و log تلاش.</w:t>
            </w:r>
          </w:p>
        </w:tc>
      </w:tr>
      <w:tr w:rsidR="00CD0806" w14:paraId="60FF6ED2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60D3F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FUP-10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B1B96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تعیین تکلیف دوباره همان پیگیری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2351A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 و عدم activity تکراری.</w:t>
            </w:r>
          </w:p>
        </w:tc>
      </w:tr>
    </w:tbl>
    <w:p w14:paraId="424B4641" w14:textId="77777777" w:rsidR="00CD0806" w:rsidRDefault="00CD0806" w:rsidP="00987EEA">
      <w:pPr>
        <w:rPr>
          <w:rFonts w:hint="eastAsia"/>
        </w:rPr>
      </w:pPr>
    </w:p>
    <w:p w14:paraId="5CD30EE4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۱۰.۵. تست پنل بازاریاب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00"/>
        <w:gridCol w:w="3950"/>
        <w:gridCol w:w="4210"/>
      </w:tblGrid>
      <w:tr w:rsidR="00CD0806" w14:paraId="5B776EE5" w14:textId="77777777">
        <w:trPr>
          <w:tblHeader/>
        </w:trPr>
        <w:tc>
          <w:tcPr>
            <w:tcW w:w="12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EF3485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کد</w:t>
            </w:r>
          </w:p>
        </w:tc>
        <w:tc>
          <w:tcPr>
            <w:tcW w:w="395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BE972E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سناریو</w:t>
            </w:r>
          </w:p>
        </w:tc>
        <w:tc>
          <w:tcPr>
            <w:tcW w:w="421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BA706B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نتیجه مورد انتظار</w:t>
            </w:r>
          </w:p>
        </w:tc>
      </w:tr>
      <w:tr w:rsidR="00CD0806" w14:paraId="4A682CE7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E61F9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MKT-01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57640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لیست مشتریان visitor_1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A5883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فقط visitor_id همان کاربر.</w:t>
            </w:r>
          </w:p>
        </w:tc>
      </w:tr>
      <w:tr w:rsidR="00CD0806" w14:paraId="65D88585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8F823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MKT-02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83723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جست‌وجوی owner/shop/mobile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C07F1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نتایج فقط در محدوده مالک.</w:t>
            </w:r>
          </w:p>
        </w:tc>
      </w:tr>
      <w:tr w:rsidR="00CD0806" w14:paraId="413EE87B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873C4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MKT-03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21088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پروفایل id مشتری دیگر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51D40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404/عدم نمایش.</w:t>
            </w:r>
          </w:p>
        </w:tc>
      </w:tr>
      <w:tr w:rsidR="00CD0806" w14:paraId="2B8062A0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69806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MKT-04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70322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مشتری پایه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41059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مالکیت خودکار و سه رکورد CRM اولیه.</w:t>
            </w:r>
          </w:p>
        </w:tc>
      </w:tr>
      <w:tr w:rsidR="00CD0806" w14:paraId="31547836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5455D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MKT-05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6DD80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duplicate mobile مشتری خودش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060E0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پیام مشتری تکراری.</w:t>
            </w:r>
          </w:p>
        </w:tc>
      </w:tr>
      <w:tr w:rsidR="00CD0806" w14:paraId="5935C1CC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94716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MKT-06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CF68B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duplicate mobile مشتری دیگری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F013D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پیام شماره متعلق به مشتری دیگر.</w:t>
            </w:r>
          </w:p>
        </w:tc>
      </w:tr>
      <w:tr w:rsidR="00CD0806" w14:paraId="65659A8E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588CC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MKT-07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1D3D5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انتخاب استان و city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C7932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فقط شهرهای استان.</w:t>
            </w:r>
          </w:p>
        </w:tc>
      </w:tr>
      <w:tr w:rsidR="00CD0806" w14:paraId="2A7C1C53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E733C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MKT-08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BAD66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ارسال بدون یا با CSRF اشتباه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BFF73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419 و عدم تغییر داده.</w:t>
            </w:r>
          </w:p>
        </w:tc>
      </w:tr>
      <w:tr w:rsidR="00CD0806" w14:paraId="7ADCF6DE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57751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MKT-09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3E48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followup با تاریخ شمسی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D1C0C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تبدیل صحیح و نمایش شمسی.</w:t>
            </w:r>
          </w:p>
        </w:tc>
      </w:tr>
      <w:tr w:rsidR="00CD0806" w14:paraId="33DD11DF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F7906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MKT-10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6C36C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انجام followup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7D7AC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redirect به لیست و ثبت activity.</w:t>
            </w:r>
          </w:p>
        </w:tc>
      </w:tr>
      <w:tr w:rsidR="00CD0806" w14:paraId="4786645C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03541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MKT-11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BE5D3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لغو followup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0AAC7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رد و log.</w:t>
            </w:r>
          </w:p>
        </w:tc>
      </w:tr>
      <w:tr w:rsidR="00CD0806" w14:paraId="590B9FD1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C4FA3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MKT-12</w:t>
            </w:r>
          </w:p>
        </w:tc>
        <w:tc>
          <w:tcPr>
            <w:tcW w:w="3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BEB1F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تغییر رمز با رمز فعلی اشتباه</w:t>
            </w:r>
          </w:p>
        </w:tc>
        <w:tc>
          <w:tcPr>
            <w:tcW w:w="42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BE493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خطا.</w:t>
            </w:r>
          </w:p>
        </w:tc>
      </w:tr>
      <w:tr w:rsidR="00CD0806" w14:paraId="79BA7755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FEF0C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MKT-13</w:t>
            </w:r>
          </w:p>
        </w:tc>
        <w:tc>
          <w:tcPr>
            <w:tcW w:w="39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685A6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تغییر رمز موفق و ورود مجدد</w:t>
            </w:r>
          </w:p>
        </w:tc>
        <w:tc>
          <w:tcPr>
            <w:tcW w:w="421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605C1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رمز جدید معتبر، قدیمی نامعتبر.</w:t>
            </w:r>
          </w:p>
        </w:tc>
      </w:tr>
    </w:tbl>
    <w:p w14:paraId="0180FDEE" w14:textId="77777777" w:rsidR="00CD0806" w:rsidRDefault="00CD0806" w:rsidP="00987EEA">
      <w:pPr>
        <w:rPr>
          <w:rFonts w:hint="eastAsia"/>
        </w:rPr>
      </w:pPr>
    </w:p>
    <w:p w14:paraId="4C9A454A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۱۰.۶. تست RBAC و پنل مدیریت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00"/>
        <w:gridCol w:w="3000"/>
        <w:gridCol w:w="5160"/>
      </w:tblGrid>
      <w:tr w:rsidR="00CD0806" w14:paraId="69158FC9" w14:textId="77777777">
        <w:trPr>
          <w:tblHeader/>
        </w:trPr>
        <w:tc>
          <w:tcPr>
            <w:tcW w:w="12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60F9B4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کد</w:t>
            </w:r>
          </w:p>
        </w:tc>
        <w:tc>
          <w:tcPr>
            <w:tcW w:w="30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58612F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نقش/مجوز</w:t>
            </w:r>
          </w:p>
        </w:tc>
        <w:tc>
          <w:tcPr>
            <w:tcW w:w="51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95060A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موارد</w:t>
            </w:r>
          </w:p>
        </w:tc>
      </w:tr>
      <w:tr w:rsidR="00CD0806" w14:paraId="77C6F983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3A104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RBAC-01</w:t>
            </w:r>
          </w:p>
        </w:tc>
        <w:tc>
          <w:tcPr>
            <w:tcW w:w="3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8F29B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superadmin</w:t>
            </w:r>
          </w:p>
        </w:tc>
        <w:tc>
          <w:tcPr>
            <w:tcW w:w="5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412F7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همه منوهای seed و عملیات مجاز.</w:t>
            </w:r>
          </w:p>
        </w:tc>
      </w:tr>
      <w:tr w:rsidR="00CD0806" w14:paraId="776F448A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5F1E9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RBAC-02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252E0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visitor</w:t>
            </w:r>
          </w:p>
        </w:tc>
        <w:tc>
          <w:tcPr>
            <w:tcW w:w="5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6435C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عدم مشاهده منوهای users/roles/fleet مگر permission دستی.</w:t>
            </w:r>
          </w:p>
        </w:tc>
      </w:tr>
      <w:tr w:rsidR="00CD0806" w14:paraId="4EB8C838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A5660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RBAC-03</w:t>
            </w:r>
          </w:p>
        </w:tc>
        <w:tc>
          <w:tcPr>
            <w:tcW w:w="3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47289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بدون customers.fulllist</w:t>
            </w:r>
          </w:p>
        </w:tc>
        <w:tc>
          <w:tcPr>
            <w:tcW w:w="5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EC850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عدم نمایش لیست کامل و رد URL.</w:t>
            </w:r>
          </w:p>
        </w:tc>
      </w:tr>
      <w:tr w:rsidR="00CD0806" w14:paraId="5CBC27F9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E5E24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RBAC-04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26F17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بدون customers.edit.assignment</w:t>
            </w:r>
          </w:p>
        </w:tc>
        <w:tc>
          <w:tcPr>
            <w:tcW w:w="5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0A787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عدم تغییر visitor حتی با POST دست‌کاری‌شده.</w:t>
            </w:r>
          </w:p>
        </w:tc>
      </w:tr>
      <w:tr w:rsidR="00CD0806" w14:paraId="73257042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5664E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RBAC-05</w:t>
            </w:r>
          </w:p>
        </w:tc>
        <w:tc>
          <w:tcPr>
            <w:tcW w:w="3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68FB6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بدون customers.followups.others.manag</w:t>
            </w:r>
            <w:r>
              <w:rPr>
                <w:color w:val="263238"/>
                <w:sz w:val="17"/>
                <w:szCs w:val="17"/>
                <w:rtl/>
              </w:rPr>
              <w:lastRenderedPageBreak/>
              <w:t>e</w:t>
            </w:r>
          </w:p>
        </w:tc>
        <w:tc>
          <w:tcPr>
            <w:tcW w:w="5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80AAC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lastRenderedPageBreak/>
              <w:t>فقط assigned خودش.</w:t>
            </w:r>
          </w:p>
        </w:tc>
      </w:tr>
      <w:tr w:rsidR="00CD0806" w14:paraId="6F5D6A7B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50827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RBAC-06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AB18F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بدون vehicles.driver.assign</w:t>
            </w:r>
          </w:p>
        </w:tc>
        <w:tc>
          <w:tcPr>
            <w:tcW w:w="5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EA1CB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عدم نمایش/رد endpoint تخصیص.</w:t>
            </w:r>
          </w:p>
        </w:tc>
      </w:tr>
      <w:tr w:rsidR="00CD0806" w14:paraId="7D7EAB68" w14:textId="77777777">
        <w:tc>
          <w:tcPr>
            <w:tcW w:w="1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CAD92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RBAC-07</w:t>
            </w:r>
          </w:p>
        </w:tc>
        <w:tc>
          <w:tcPr>
            <w:tcW w:w="3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F8CF4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بدون locations.delete</w:t>
            </w:r>
          </w:p>
        </w:tc>
        <w:tc>
          <w:tcPr>
            <w:tcW w:w="5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34E69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دکمه حذف و endpoint هر دو مسدود.</w:t>
            </w:r>
          </w:p>
        </w:tc>
      </w:tr>
      <w:tr w:rsidR="00CD0806" w14:paraId="097489CA" w14:textId="77777777"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82A77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RBAC-08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60909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کاربر فعال بدون permission panel.login</w:t>
            </w:r>
          </w:p>
        </w:tc>
        <w:tc>
          <w:tcPr>
            <w:tcW w:w="5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971E5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رفتار واقعی login و تصمیم اصلاحی ثبت شود.</w:t>
            </w:r>
          </w:p>
        </w:tc>
      </w:tr>
    </w:tbl>
    <w:p w14:paraId="56D6C01B" w14:textId="77777777" w:rsidR="00CD0806" w:rsidRDefault="00CD0806" w:rsidP="00987EEA">
      <w:pPr>
        <w:rPr>
          <w:rFonts w:hint="eastAsia"/>
        </w:rPr>
      </w:pPr>
    </w:p>
    <w:p w14:paraId="0794AEB8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۱۰.۷. تست ناوگان و زون</w:t>
      </w:r>
    </w:p>
    <w:p w14:paraId="6DFF7353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کد ماشین و پلاک تکراری رد شود.</w:t>
      </w:r>
    </w:p>
    <w:p w14:paraId="7BF836FA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ماشین شخصی بدون owner_name رد شود.</w:t>
      </w:r>
    </w:p>
    <w:p w14:paraId="7C621086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راننده غیر driver یا inactive رد شود.</w:t>
      </w:r>
    </w:p>
    <w:p w14:paraId="5920E0AF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تخصیص راننده جدید، قبلی را ended کند.</w:t>
      </w:r>
    </w:p>
    <w:p w14:paraId="5D588B17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پایان تخصیص بدون رکورد active خطا دهد.</w:t>
      </w:r>
    </w:p>
    <w:p w14:paraId="28DCD250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ماشین در زون دوم هم‌زمان قابل تخصیص نباشد.</w:t>
      </w:r>
    </w:p>
    <w:p w14:paraId="3A7D228D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تخصیص ماشین غیرفعال به زون رد شود.</w:t>
      </w:r>
    </w:p>
    <w:p w14:paraId="6DA34CBE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تاریخچه راننده و زون در profile و assignments یکسان باشد.</w:t>
      </w:r>
    </w:p>
    <w:p w14:paraId="2CC406D7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تعداد مشتری زون با customers.zone_id سازگار باشد.</w:t>
      </w:r>
    </w:p>
    <w:p w14:paraId="77473CA5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۱۰.۸. تست لاگ و حسابرسی</w:t>
      </w:r>
    </w:p>
    <w:p w14:paraId="02EE7E48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ورود موفق و ناموفق مدیریت و بازاریاب log داشته باشد.</w:t>
      </w:r>
    </w:p>
    <w:p w14:paraId="126F38D8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ثبت، ویرایش و تغییر visitor مشتری log داشته باشد.</w:t>
      </w:r>
    </w:p>
    <w:p w14:paraId="4FE48226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تغییر lifecycle با reason در history و log دیده شود.</w:t>
      </w:r>
    </w:p>
    <w:p w14:paraId="0C61C7D2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ثبت، انجام و لغو پیگیری log داشته باشد.</w:t>
      </w:r>
    </w:p>
    <w:p w14:paraId="1E3B78DD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تلاش لغو توسط بازاریاب log شود.</w:t>
      </w:r>
    </w:p>
    <w:p w14:paraId="6A988B40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IP در محیط واقعی مقدار معتبر داشته باشد.</w:t>
      </w:r>
    </w:p>
    <w:p w14:paraId="792315B3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جست‌وجوی لاگ با نام کاربر، نوع، شرح و IP نتیجه درست بدهد.</w:t>
      </w:r>
    </w:p>
    <w:p w14:paraId="5204731B" w14:textId="77777777" w:rsidR="00CD0806" w:rsidRPr="00887A36" w:rsidRDefault="00000000" w:rsidP="00987EEA">
      <w:pPr>
        <w:pStyle w:val="ListBullet"/>
        <w:bidi/>
        <w:spacing w:after="60"/>
        <w:ind w:right="144" w:hanging="230"/>
      </w:pPr>
      <w:r>
        <w:rPr>
          <w:color w:val="263238"/>
          <w:szCs w:val="20"/>
          <w:rtl/>
        </w:rPr>
        <w:t>□ مرتب‌سازی DataTables فقط روی ستون‌های whitelist انجام شود.</w:t>
      </w:r>
    </w:p>
    <w:p w14:paraId="715FAAC4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3BF4BEA7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1BD42370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6A0A9EC1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2B919388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Fonts w:hint="eastAsia"/>
        </w:rPr>
      </w:pPr>
    </w:p>
    <w:p w14:paraId="0FC0AF0C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lastRenderedPageBreak/>
        <w:t>۱۱. بررسی‌های امنیتی و کیفیتی</w:t>
      </w:r>
    </w:p>
    <w:p w14:paraId="6E0829D6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۱۱.۱. موارد مثبت موجود</w:t>
      </w:r>
    </w:p>
    <w:p w14:paraId="4A39E5B6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00796B"/>
          <w:szCs w:val="20"/>
          <w:rtl/>
        </w:rPr>
        <w:t>اتصال دیتابیس با PDO و emulate prepares=false است.</w:t>
      </w:r>
    </w:p>
    <w:p w14:paraId="2A2E5168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00796B"/>
          <w:szCs w:val="20"/>
          <w:rtl/>
        </w:rPr>
        <w:t>رمزها با password_hash و password_verify مدیریت می‌شوند.</w:t>
      </w:r>
    </w:p>
    <w:p w14:paraId="4DF5D7E6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00796B"/>
          <w:szCs w:val="20"/>
          <w:rtl/>
        </w:rPr>
        <w:t>session_regenerate_id در ورود استفاده شده است.</w:t>
      </w:r>
    </w:p>
    <w:p w14:paraId="6B687994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00796B"/>
          <w:szCs w:val="20"/>
          <w:rtl/>
        </w:rPr>
        <w:t>پنل بازاریاب CSRF دارد و درخواست‌های تغییردهنده را بررسی می‌کند.</w:t>
      </w:r>
    </w:p>
    <w:p w14:paraId="220D199B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00796B"/>
          <w:szCs w:val="20"/>
          <w:rtl/>
        </w:rPr>
        <w:t>خروجی‌های پنل بازاریاب با marketer_e escape می‌شوند.</w:t>
      </w:r>
    </w:p>
    <w:p w14:paraId="6B9C0614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00796B"/>
          <w:szCs w:val="20"/>
          <w:rtl/>
        </w:rPr>
        <w:t>پارامترهای اصلی SQL با prepared statement ارسال می‌شوند.</w:t>
      </w:r>
    </w:p>
    <w:p w14:paraId="5BA22500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00796B"/>
          <w:szCs w:val="20"/>
          <w:rtl/>
        </w:rPr>
        <w:t>مرتب‌سازی لاگ با whitelist ستون‌ها کنترل شده است.</w:t>
      </w:r>
    </w:p>
    <w:p w14:paraId="76725507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00796B"/>
          <w:szCs w:val="20"/>
          <w:rtl/>
        </w:rPr>
        <w:t>فایل تصویر با extension و MIME واقعی بررسی می‌شود.</w:t>
      </w:r>
    </w:p>
    <w:p w14:paraId="1B34DA31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۱۱.۲. ریسک‌ها و آزمون‌های امنیتی اجباری</w:t>
      </w:r>
    </w:p>
    <w:tbl>
      <w:tblPr>
        <w:tblStyle w:val="TableGrid"/>
        <w:tblW w:w="95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00"/>
        <w:gridCol w:w="3200"/>
        <w:gridCol w:w="4160"/>
      </w:tblGrid>
      <w:tr w:rsidR="00CD0806" w14:paraId="662F4DCD" w14:textId="77777777">
        <w:trPr>
          <w:tblHeader/>
        </w:trPr>
        <w:tc>
          <w:tcPr>
            <w:tcW w:w="2200" w:type="dxa"/>
            <w:shd w:val="clear" w:color="auto" w:fill="B71C1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A34BF6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ریسک</w:t>
            </w:r>
          </w:p>
        </w:tc>
        <w:tc>
          <w:tcPr>
            <w:tcW w:w="3200" w:type="dxa"/>
            <w:shd w:val="clear" w:color="auto" w:fill="B71C1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A6051D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شاهد کد</w:t>
            </w:r>
          </w:p>
        </w:tc>
        <w:tc>
          <w:tcPr>
            <w:tcW w:w="4160" w:type="dxa"/>
            <w:shd w:val="clear" w:color="auto" w:fill="B71C1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1F2731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تست/اقدام اصلاحی</w:t>
            </w:r>
          </w:p>
        </w:tc>
      </w:tr>
      <w:tr w:rsidR="00CD0806" w14:paraId="415E5987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C8AAD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ADMIN/sql.php بدون auth</w:t>
            </w:r>
          </w:p>
        </w:tc>
        <w:tc>
          <w:tcPr>
            <w:tcW w:w="3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4F774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فایل session و CSRF دارد اما requirePermission یا login ندارد.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A022A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در production مسدود/حذف؛ دسترسی فقط local یا admin.</w:t>
            </w:r>
          </w:p>
        </w:tc>
      </w:tr>
      <w:tr w:rsidR="00CD0806" w14:paraId="6128AB98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9D695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CSRF ناقص در پنل مدیریت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DFB5A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فرم‌های users، roles، locations، vehicles، zones و adminpass توکن ندارند.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49A41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POST از سایت دیگر/توکن جعلی تست و CSRF سراسری اضافه شود.</w:t>
            </w:r>
          </w:p>
        </w:tc>
      </w:tr>
      <w:tr w:rsidR="00CD0806" w14:paraId="071BC05C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4BCA9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رمز دیتابیس root خالی</w:t>
            </w:r>
          </w:p>
        </w:tc>
        <w:tc>
          <w:tcPr>
            <w:tcW w:w="3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A91EE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db_settings.php و ADMIN/sql.php.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12BE4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کاربر کم‌دسترسی و secret محیطی.</w:t>
            </w:r>
          </w:p>
        </w:tc>
      </w:tr>
      <w:tr w:rsidR="00CD0806" w14:paraId="7EF410B2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AF2CD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مسیرهای مطلق و DocumentRoot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58F0E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layout و AJAXها به / و $_SERVER['DOCUMENT_ROOT'] متکی‌اند.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1EA6D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استقرار در root واقعی و تست subdirectory.</w:t>
            </w:r>
          </w:p>
        </w:tc>
      </w:tr>
      <w:tr w:rsidR="00CD0806" w14:paraId="5A49E27D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31878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حذف سخت مشتری</w:t>
            </w:r>
          </w:p>
        </w:tc>
        <w:tc>
          <w:tcPr>
            <w:tcW w:w="3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28500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FKهای وابسته CASCADE هستند.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93199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محدود کردن DELETE و soft delete واقعی.</w:t>
            </w:r>
          </w:p>
        </w:tc>
      </w:tr>
      <w:tr w:rsidR="00CD0806" w14:paraId="0AB4DBC3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82C26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آپلود در web root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69DAD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uploads/shop_images داخل ریشه عمومی.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FC4A2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هدر/پسوند/دسترسی و جلوگیری از اجرای script.</w:t>
            </w:r>
          </w:p>
        </w:tc>
      </w:tr>
      <w:tr w:rsidR="00CD0806" w14:paraId="736A39F8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5F806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نمایش خطای فنی</w:t>
            </w:r>
          </w:p>
        </w:tc>
        <w:tc>
          <w:tcPr>
            <w:tcW w:w="3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CE1B4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برخی JSONها e-&gt;getMessage() را برمی‌گردانند.</w:t>
            </w:r>
          </w:p>
        </w:tc>
        <w:tc>
          <w:tcPr>
            <w:tcW w:w="4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FA4D0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در production پیام عمومی و log داخلی.</w:t>
            </w:r>
          </w:p>
        </w:tc>
      </w:tr>
      <w:tr w:rsidR="00CD0806" w14:paraId="7BC3A2DC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3EC7E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عدم قید یکتایی فعال assignment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8860B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unique فقط در برخی جداول روی زوج اصلی نیست.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F2CD8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قفل منطقی/transaction و گزارش duplicate فعال.</w:t>
            </w:r>
          </w:p>
        </w:tc>
      </w:tr>
    </w:tbl>
    <w:p w14:paraId="1B4BC491" w14:textId="77777777" w:rsidR="00CD0806" w:rsidRDefault="00CD0806" w:rsidP="00987EEA">
      <w:pPr>
        <w:rPr>
          <w:rtl/>
        </w:rPr>
      </w:pPr>
    </w:p>
    <w:p w14:paraId="40849F25" w14:textId="77777777" w:rsidR="00887A36" w:rsidRDefault="00887A36" w:rsidP="00987EEA">
      <w:pPr>
        <w:rPr>
          <w:rtl/>
        </w:rPr>
      </w:pPr>
    </w:p>
    <w:p w14:paraId="5F115AC6" w14:textId="77777777" w:rsidR="00887A36" w:rsidRDefault="00887A36" w:rsidP="00987EEA">
      <w:pPr>
        <w:rPr>
          <w:rtl/>
        </w:rPr>
      </w:pPr>
    </w:p>
    <w:p w14:paraId="661E3333" w14:textId="77777777" w:rsidR="00887A36" w:rsidRDefault="00887A36" w:rsidP="00987EEA">
      <w:pPr>
        <w:rPr>
          <w:rtl/>
        </w:rPr>
      </w:pPr>
    </w:p>
    <w:p w14:paraId="03CE6B1E" w14:textId="77777777" w:rsidR="00887A36" w:rsidRDefault="00887A36" w:rsidP="00987EEA">
      <w:pPr>
        <w:rPr>
          <w:rFonts w:hint="eastAsia"/>
        </w:rPr>
      </w:pPr>
    </w:p>
    <w:p w14:paraId="44C09EDB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۱۱.۳. کیفیت و نگهداری</w:t>
      </w:r>
    </w:p>
    <w:p w14:paraId="2C9B0988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منطق مشابه در processهای customers و marketer تکرار شده و تغییرات آینده ممکن است واگرا شوند.</w:t>
      </w:r>
    </w:p>
    <w:p w14:paraId="52C9754E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نام‌گذاری وضعیت‌ها و متن‌ها در بعضی فایل‌ها تکرار شده؛ enum/constant مرکزی مفید است.</w:t>
      </w:r>
    </w:p>
    <w:p w14:paraId="15A61571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دو نسخه متغیرهای CSS در marketer-panel.css وجود دارد و آخرین تعریف برنده می‌شود.</w:t>
      </w:r>
    </w:p>
    <w:p w14:paraId="1F915D4E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برخی لینک‌ها و assetها به مسیرهایی اشاره می‌کنند که در مخزن فعلی موجود نیستند.</w:t>
      </w:r>
    </w:p>
    <w:p w14:paraId="26B5373B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وجود فایل‌های قدیمی و vendorهای متعدد نگهداری frontend را دشوار می‌کند.</w:t>
      </w:r>
    </w:p>
    <w:p w14:paraId="11148743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تست خودکار PHP و migration versioning در پروژه دیده نشد.</w:t>
      </w:r>
    </w:p>
    <w:p w14:paraId="5B95CAFD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t>۱۲. نواقص، ریسک‌ها و موارد نیازمند تصمیم</w:t>
      </w:r>
    </w:p>
    <w:tbl>
      <w:tblPr>
        <w:tblStyle w:val="TableGrid"/>
        <w:bidiVisual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50"/>
        <w:gridCol w:w="2850"/>
        <w:gridCol w:w="2800"/>
        <w:gridCol w:w="2460"/>
      </w:tblGrid>
      <w:tr w:rsidR="00CD0806" w14:paraId="6923EEC7" w14:textId="77777777" w:rsidTr="00887A36">
        <w:trPr>
          <w:tblHeader/>
        </w:trPr>
        <w:tc>
          <w:tcPr>
            <w:tcW w:w="1250" w:type="dxa"/>
            <w:shd w:val="clear" w:color="auto" w:fill="B71C1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9927DA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اولویت</w:t>
            </w:r>
          </w:p>
        </w:tc>
        <w:tc>
          <w:tcPr>
            <w:tcW w:w="2850" w:type="dxa"/>
            <w:shd w:val="clear" w:color="auto" w:fill="B71C1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9A84CD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مورد</w:t>
            </w:r>
          </w:p>
        </w:tc>
        <w:tc>
          <w:tcPr>
            <w:tcW w:w="2800" w:type="dxa"/>
            <w:shd w:val="clear" w:color="auto" w:fill="B71C1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E58590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اثر</w:t>
            </w:r>
          </w:p>
        </w:tc>
        <w:tc>
          <w:tcPr>
            <w:tcW w:w="2460" w:type="dxa"/>
            <w:shd w:val="clear" w:color="auto" w:fill="B71C1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41BE08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پیشنهاد</w:t>
            </w:r>
          </w:p>
        </w:tc>
      </w:tr>
      <w:tr w:rsidR="00CD0806" w14:paraId="2E9A20BD" w14:textId="77777777" w:rsidTr="00887A36">
        <w:tc>
          <w:tcPr>
            <w:tcW w:w="12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C392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بحرانی</w:t>
            </w:r>
          </w:p>
        </w:tc>
        <w:tc>
          <w:tcPr>
            <w:tcW w:w="28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78BC5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ADMIN/sql.php قابل دسترسی بدون احراز هویت</w:t>
            </w:r>
          </w:p>
        </w:tc>
        <w:tc>
          <w:tcPr>
            <w:tcW w:w="2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DD700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اجرای SQL یا حذف کل دیتابیس</w:t>
            </w:r>
          </w:p>
        </w:tc>
        <w:tc>
          <w:tcPr>
            <w:tcW w:w="24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1EA48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حذف از web root یا افزودن auth قوی و محدودیت IP.</w:t>
            </w:r>
          </w:p>
        </w:tc>
      </w:tr>
      <w:tr w:rsidR="00CD0806" w14:paraId="645B6560" w14:textId="77777777" w:rsidTr="00887A36">
        <w:tc>
          <w:tcPr>
            <w:tcW w:w="1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E6C2C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بالا</w:t>
            </w:r>
          </w:p>
        </w:tc>
        <w:tc>
          <w:tcPr>
            <w:tcW w:w="2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CA6CF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رمز دیتابیس root خالی</w:t>
            </w:r>
          </w:p>
        </w:tc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3D79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دسترسی کامل در صورت compromise</w:t>
            </w:r>
          </w:p>
        </w:tc>
        <w:tc>
          <w:tcPr>
            <w:tcW w:w="2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327FB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secret محیطی و کاربر محدود.</w:t>
            </w:r>
          </w:p>
        </w:tc>
      </w:tr>
      <w:tr w:rsidR="00CD0806" w14:paraId="71EADF42" w14:textId="77777777" w:rsidTr="00887A36">
        <w:tc>
          <w:tcPr>
            <w:tcW w:w="12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4D0D6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بالا</w:t>
            </w:r>
          </w:p>
        </w:tc>
        <w:tc>
          <w:tcPr>
            <w:tcW w:w="28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08407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CSRF در اکثر فرم‌های مدیریت</w:t>
            </w:r>
          </w:p>
        </w:tc>
        <w:tc>
          <w:tcPr>
            <w:tcW w:w="2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9D444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تغییر داده با درخواست جعلی</w:t>
            </w:r>
          </w:p>
        </w:tc>
        <w:tc>
          <w:tcPr>
            <w:tcW w:w="24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525DF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helper مرکزی CSRF برای تمام POSTها.</w:t>
            </w:r>
          </w:p>
        </w:tc>
      </w:tr>
      <w:tr w:rsidR="00CD0806" w14:paraId="6C1DCF71" w14:textId="77777777" w:rsidTr="00887A36">
        <w:tc>
          <w:tcPr>
            <w:tcW w:w="1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83D8B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بالا</w:t>
            </w:r>
          </w:p>
        </w:tc>
        <w:tc>
          <w:tcPr>
            <w:tcW w:w="2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1DDA7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ارجاع به modules/reports و modules/support بدون فایل</w:t>
            </w:r>
          </w:p>
        </w:tc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3F0D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لینک 404 در sidebar</w:t>
            </w:r>
          </w:p>
        </w:tc>
        <w:tc>
          <w:tcPr>
            <w:tcW w:w="2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4B0C2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ماژول بسازید یا لینک را حذف/غیرفعال کنید.</w:t>
            </w:r>
          </w:p>
        </w:tc>
      </w:tr>
      <w:tr w:rsidR="00CD0806" w14:paraId="6C947A2E" w14:textId="77777777" w:rsidTr="00887A36">
        <w:tc>
          <w:tcPr>
            <w:tcW w:w="12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AC006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بالا</w:t>
            </w:r>
          </w:p>
        </w:tc>
        <w:tc>
          <w:tcPr>
            <w:tcW w:w="28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97A3D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ارجاع به includes/search_1.php وجود ندارد</w:t>
            </w:r>
          </w:p>
        </w:tc>
        <w:tc>
          <w:tcPr>
            <w:tcW w:w="2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74583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جست‌وجوی modal کار نمی‌کند</w:t>
            </w:r>
          </w:p>
        </w:tc>
        <w:tc>
          <w:tcPr>
            <w:tcW w:w="24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687D1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endpoint را ایجاد یا modal را حذف کنید.</w:t>
            </w:r>
          </w:p>
        </w:tc>
      </w:tr>
      <w:tr w:rsidR="00CD0806" w14:paraId="3AA0D588" w14:textId="77777777" w:rsidTr="00887A36">
        <w:tc>
          <w:tcPr>
            <w:tcW w:w="1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201CD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بالا</w:t>
            </w:r>
          </w:p>
        </w:tc>
        <w:tc>
          <w:tcPr>
            <w:tcW w:w="2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FF2DC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ارجاع به modules/forms/add.php وجود ندارد</w:t>
            </w:r>
          </w:p>
        </w:tc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8B5A8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دکمه سریع header خراب</w:t>
            </w:r>
          </w:p>
        </w:tc>
        <w:tc>
          <w:tcPr>
            <w:tcW w:w="2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1C818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ماژول forms را ایجاد یا لینک را حذف کنید.</w:t>
            </w:r>
          </w:p>
        </w:tc>
      </w:tr>
      <w:tr w:rsidR="00CD0806" w14:paraId="1895054B" w14:textId="77777777" w:rsidTr="00887A36">
        <w:tc>
          <w:tcPr>
            <w:tcW w:w="12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2C879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متوسط</w:t>
            </w:r>
          </w:p>
        </w:tc>
        <w:tc>
          <w:tcPr>
            <w:tcW w:w="28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59924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حذف مشتری به ajax/customer_delete_ajax.php اشاره می‌کند ولی فایل در tree دیده نشد</w:t>
            </w:r>
          </w:p>
        </w:tc>
        <w:tc>
          <w:tcPr>
            <w:tcW w:w="2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4C938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حذف مشتری احتمالاً 404 است</w:t>
            </w:r>
          </w:p>
        </w:tc>
        <w:tc>
          <w:tcPr>
            <w:tcW w:w="24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C408D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endpoint امن با permission و soft delete.</w:t>
            </w:r>
          </w:p>
        </w:tc>
      </w:tr>
      <w:tr w:rsidR="00CD0806" w14:paraId="2FA8943A" w14:textId="77777777" w:rsidTr="00887A36">
        <w:tc>
          <w:tcPr>
            <w:tcW w:w="1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F8BD2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متوسط</w:t>
            </w:r>
          </w:p>
        </w:tc>
        <w:tc>
          <w:tcPr>
            <w:tcW w:w="2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7D4FC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داشبورد هنوز خروجی print_r session/متن تست دارد</w:t>
            </w:r>
          </w:p>
        </w:tc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6A00C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نشت اطلاعات و ظاهر غیرنهایی</w:t>
            </w:r>
          </w:p>
        </w:tc>
        <w:tc>
          <w:tcPr>
            <w:tcW w:w="2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AD6FD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پاک‌سازی قبل از production.</w:t>
            </w:r>
          </w:p>
        </w:tc>
      </w:tr>
      <w:tr w:rsidR="00CD0806" w14:paraId="28F0EAF5" w14:textId="77777777" w:rsidTr="00887A36">
        <w:tc>
          <w:tcPr>
            <w:tcW w:w="12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4B37F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متوسط</w:t>
            </w:r>
          </w:p>
        </w:tc>
        <w:tc>
          <w:tcPr>
            <w:tcW w:w="28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AF79E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001_initial_schema.sql idempotent کامل نیست</w:t>
            </w:r>
          </w:p>
        </w:tc>
        <w:tc>
          <w:tcPr>
            <w:tcW w:w="2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E3F44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اجرای دوباره خطا می‌دهد</w:t>
            </w:r>
          </w:p>
        </w:tc>
        <w:tc>
          <w:tcPr>
            <w:tcW w:w="24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1EF02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migrationهای نسخه‌دار یا IF NOT EXISTS برای ALTER.</w:t>
            </w:r>
          </w:p>
        </w:tc>
      </w:tr>
      <w:tr w:rsidR="00CD0806" w14:paraId="1141CE1C" w14:textId="77777777" w:rsidTr="00887A36">
        <w:tc>
          <w:tcPr>
            <w:tcW w:w="1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726F1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متوسط</w:t>
            </w:r>
          </w:p>
        </w:tc>
        <w:tc>
          <w:tcPr>
            <w:tcW w:w="2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1D17D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داده تست استان/آدرس ناسازگار</w:t>
            </w:r>
          </w:p>
        </w:tc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28029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گزارش‌های غلط در تست نمایشی</w:t>
            </w:r>
          </w:p>
        </w:tc>
        <w:tc>
          <w:tcPr>
            <w:tcW w:w="2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F9691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داده seed را هماهنگ کنید.</w:t>
            </w:r>
          </w:p>
        </w:tc>
      </w:tr>
      <w:tr w:rsidR="00CD0806" w14:paraId="37628C48" w14:textId="77777777" w:rsidTr="00887A36">
        <w:tc>
          <w:tcPr>
            <w:tcW w:w="12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8CBC7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کم</w:t>
            </w:r>
          </w:p>
        </w:tc>
        <w:tc>
          <w:tcPr>
            <w:tcW w:w="285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273F8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مرز PHP/HTML/SQL در فایل‌های بزرگ</w:t>
            </w:r>
          </w:p>
        </w:tc>
        <w:tc>
          <w:tcPr>
            <w:tcW w:w="28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BDFD0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تست و تغییر سخت‌تر</w:t>
            </w:r>
          </w:p>
        </w:tc>
        <w:tc>
          <w:tcPr>
            <w:tcW w:w="24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A0081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تفکیک service/repository/view در فاز refactor.</w:t>
            </w:r>
          </w:p>
        </w:tc>
      </w:tr>
    </w:tbl>
    <w:p w14:paraId="5AAC75A7" w14:textId="77777777" w:rsidR="00CD0806" w:rsidRDefault="00CD0806" w:rsidP="00987EEA">
      <w:pPr>
        <w:rPr>
          <w:rFonts w:hint="eastAsia"/>
        </w:rPr>
      </w:pPr>
    </w:p>
    <w:p w14:paraId="252A7D28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۱۲.۱. ارجاع‌های شکسته شناسایی‌شده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3100"/>
        <w:gridCol w:w="3260"/>
      </w:tblGrid>
      <w:tr w:rsidR="00CD0806" w14:paraId="343FA6FE" w14:textId="77777777">
        <w:trPr>
          <w:tblHeader/>
        </w:trPr>
        <w:tc>
          <w:tcPr>
            <w:tcW w:w="30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103A2D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ارجاع</w:t>
            </w:r>
          </w:p>
        </w:tc>
        <w:tc>
          <w:tcPr>
            <w:tcW w:w="31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94B79A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محل ارجاع</w:t>
            </w:r>
          </w:p>
        </w:tc>
        <w:tc>
          <w:tcPr>
            <w:tcW w:w="32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544DF5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وضعیت در مخزن</w:t>
            </w:r>
          </w:p>
        </w:tc>
      </w:tr>
      <w:tr w:rsidR="00CD0806" w14:paraId="52110295" w14:textId="77777777">
        <w:tc>
          <w:tcPr>
            <w:tcW w:w="3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F622D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/modules/reports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A326E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templates/sidebar.php</w:t>
            </w:r>
          </w:p>
        </w:tc>
        <w:tc>
          <w:tcPr>
            <w:tcW w:w="32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198BB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پوشه modules/reports وجود ندارد.</w:t>
            </w:r>
          </w:p>
        </w:tc>
      </w:tr>
      <w:tr w:rsidR="00CD0806" w14:paraId="7F95A45C" w14:textId="77777777"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9CDC9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/modules/support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C6FA6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templates/sidebar.php</w:t>
            </w:r>
          </w:p>
        </w:tc>
        <w:tc>
          <w:tcPr>
            <w:tcW w:w="3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81E75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پوشه modules/support وجود ندارد.</w:t>
            </w:r>
          </w:p>
        </w:tc>
      </w:tr>
      <w:tr w:rsidR="00CD0806" w14:paraId="39290024" w14:textId="77777777">
        <w:tc>
          <w:tcPr>
            <w:tcW w:w="3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CF6BD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/includes/search_1.php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69BC4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templates/footer_js.php</w:t>
            </w:r>
          </w:p>
        </w:tc>
        <w:tc>
          <w:tcPr>
            <w:tcW w:w="32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69A69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پوشه includes و فایل endpoint وجود ندارد.</w:t>
            </w:r>
          </w:p>
        </w:tc>
      </w:tr>
      <w:tr w:rsidR="00CD0806" w14:paraId="7B9132F1" w14:textId="77777777"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F746A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/modules/forms/add.php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5DA1B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templates/header_navbar.php</w:t>
            </w:r>
          </w:p>
        </w:tc>
        <w:tc>
          <w:tcPr>
            <w:tcW w:w="3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120D3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پوشه modules/forms وجود ندارد.</w:t>
            </w:r>
          </w:p>
        </w:tc>
      </w:tr>
      <w:tr w:rsidR="00CD0806" w14:paraId="411E1B8F" w14:textId="77777777">
        <w:tc>
          <w:tcPr>
            <w:tcW w:w="30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5C4A7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ajax/customer_delete_ajax.php</w:t>
            </w:r>
          </w:p>
        </w:tc>
        <w:tc>
          <w:tcPr>
            <w:tcW w:w="31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A1043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modules/customers/list.php</w:t>
            </w:r>
          </w:p>
        </w:tc>
        <w:tc>
          <w:tcPr>
            <w:tcW w:w="32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2B245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در فهرست فایل‌های فعلی دیده نشد.</w:t>
            </w:r>
          </w:p>
        </w:tc>
      </w:tr>
    </w:tbl>
    <w:p w14:paraId="3B1423D4" w14:textId="77777777" w:rsidR="00CD0806" w:rsidRDefault="00CD0806" w:rsidP="00987EEA">
      <w:pPr>
        <w:rPr>
          <w:rFonts w:hint="eastAsia"/>
        </w:rPr>
      </w:pPr>
    </w:p>
    <w:p w14:paraId="0EAF3E8E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۱۲.۲. تصمیم‌های کسب‌وکاری باز</w:t>
      </w:r>
    </w:p>
    <w:p w14:paraId="73FF8C73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چه رویدادی lifecycle_status را از potential به customer تغییر می‌دهد: ثبت سفارش، تأیید مدیر یا ورود دستی؟</w:t>
      </w:r>
    </w:p>
    <w:p w14:paraId="2DBC00D4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آیا بازاریاب دفتر باید بتواند پیگیری بازاریاب دیگر را انجام دهد؟</w:t>
      </w:r>
    </w:p>
    <w:p w14:paraId="207891F8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آیا بازاریاب باید بتواند status CRM یا فقط followup را تغییر دهد؟</w:t>
      </w:r>
    </w:p>
    <w:p w14:paraId="4C849F79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آیا حذف مشتری باید ممنوع و به soft delete تبدیل شود؟</w:t>
      </w:r>
    </w:p>
    <w:p w14:paraId="16E6D0A2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تعریف دقیق استفاده از accounting_id و سرویس تست اتصال چیست؟</w:t>
      </w:r>
    </w:p>
    <w:p w14:paraId="2FDE8B01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منطق inactive شدن بعد از سه ماه بر اساس last_activity_at یا last_purchase چه باشد؟</w:t>
      </w:r>
    </w:p>
    <w:p w14:paraId="07876907" w14:textId="77777777" w:rsidR="00CD0806" w:rsidRPr="00887A36" w:rsidRDefault="00000000" w:rsidP="00987EEA">
      <w:pPr>
        <w:pStyle w:val="ListBullet"/>
        <w:bidi/>
        <w:spacing w:after="60"/>
        <w:ind w:right="144" w:hanging="230"/>
      </w:pPr>
      <w:r>
        <w:rPr>
          <w:color w:val="263238"/>
          <w:szCs w:val="20"/>
          <w:rtl/>
        </w:rPr>
        <w:t>□ آیا یک ماشین می‌تواند در چند زون به‌صورت هم‌زمان باشد یا فقط انتقال تاریخی مجاز است؟</w:t>
      </w:r>
    </w:p>
    <w:p w14:paraId="328CFBEE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39C0A91D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262139F8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62806DF7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61A0DF91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6697693E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6AFDA2C3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59CDCA74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1B65B82C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35D22B2E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61169274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454A1628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400830B6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tl/>
        </w:rPr>
      </w:pPr>
    </w:p>
    <w:p w14:paraId="0DC9AC5D" w14:textId="77777777" w:rsidR="00887A36" w:rsidRDefault="00887A36" w:rsidP="00887A36">
      <w:pPr>
        <w:pStyle w:val="ListBullet"/>
        <w:numPr>
          <w:ilvl w:val="0"/>
          <w:numId w:val="0"/>
        </w:numPr>
        <w:bidi/>
        <w:spacing w:after="60"/>
        <w:ind w:left="360" w:right="144" w:hanging="360"/>
        <w:rPr>
          <w:rFonts w:hint="eastAsia"/>
        </w:rPr>
      </w:pPr>
    </w:p>
    <w:p w14:paraId="70D4E5D7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lastRenderedPageBreak/>
        <w:t>۱۳. نقشه مسیرها و فایل‌ها</w:t>
      </w:r>
    </w:p>
    <w:p w14:paraId="32826111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۱۳.۱. مسیرهای عمومی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600"/>
        <w:gridCol w:w="2900"/>
        <w:gridCol w:w="3860"/>
      </w:tblGrid>
      <w:tr w:rsidR="00CD0806" w14:paraId="38BAD6CF" w14:textId="77777777">
        <w:trPr>
          <w:tblHeader/>
        </w:trPr>
        <w:tc>
          <w:tcPr>
            <w:tcW w:w="26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D29BAC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URL</w:t>
            </w:r>
          </w:p>
        </w:tc>
        <w:tc>
          <w:tcPr>
            <w:tcW w:w="29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AAEECE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فایل</w:t>
            </w:r>
          </w:p>
        </w:tc>
        <w:tc>
          <w:tcPr>
            <w:tcW w:w="38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97F5BB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احراز/خروجی</w:t>
            </w:r>
          </w:p>
        </w:tc>
      </w:tr>
      <w:tr w:rsidR="00CD0806" w14:paraId="3424652A" w14:textId="77777777">
        <w:tc>
          <w:tcPr>
            <w:tcW w:w="26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CF9A4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/pages/login.php</w:t>
            </w:r>
          </w:p>
        </w:tc>
        <w:tc>
          <w:tcPr>
            <w:tcW w:w="2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5DFF1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pages/login.php</w:t>
            </w:r>
          </w:p>
        </w:tc>
        <w:tc>
          <w:tcPr>
            <w:tcW w:w="3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0FEDD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ورود مدیریت؛ HTML.</w:t>
            </w:r>
          </w:p>
        </w:tc>
      </w:tr>
      <w:tr w:rsidR="00CD0806" w14:paraId="649629CB" w14:textId="77777777">
        <w:tc>
          <w:tcPr>
            <w:tcW w:w="2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49D31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/pages/logout.php</w:t>
            </w:r>
          </w:p>
        </w:tc>
        <w:tc>
          <w:tcPr>
            <w:tcW w:w="2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3453E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pages/logout.php</w:t>
            </w:r>
          </w:p>
        </w:tc>
        <w:tc>
          <w:tcPr>
            <w:tcW w:w="3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84900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خروج مدیریت.</w:t>
            </w:r>
          </w:p>
        </w:tc>
      </w:tr>
      <w:tr w:rsidR="00CD0806" w14:paraId="028DAC97" w14:textId="77777777">
        <w:tc>
          <w:tcPr>
            <w:tcW w:w="26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CE34F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/marketer/login.php</w:t>
            </w:r>
          </w:p>
        </w:tc>
        <w:tc>
          <w:tcPr>
            <w:tcW w:w="2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D41C3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marketer/login.php</w:t>
            </w:r>
          </w:p>
        </w:tc>
        <w:tc>
          <w:tcPr>
            <w:tcW w:w="3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4A398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ورود بازاریاب؛ HTML.</w:t>
            </w:r>
          </w:p>
        </w:tc>
      </w:tr>
      <w:tr w:rsidR="00CD0806" w14:paraId="0359953B" w14:textId="77777777">
        <w:tc>
          <w:tcPr>
            <w:tcW w:w="2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22C75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/marketer/logout.php</w:t>
            </w:r>
          </w:p>
        </w:tc>
        <w:tc>
          <w:tcPr>
            <w:tcW w:w="2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462E1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marketer/logout.php</w:t>
            </w:r>
          </w:p>
        </w:tc>
        <w:tc>
          <w:tcPr>
            <w:tcW w:w="3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6254B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خروج بازاریاب.</w:t>
            </w:r>
          </w:p>
        </w:tc>
      </w:tr>
      <w:tr w:rsidR="00CD0806" w14:paraId="55DEACE2" w14:textId="77777777">
        <w:tc>
          <w:tcPr>
            <w:tcW w:w="26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BE9F4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/ADMIN/sql.php</w:t>
            </w:r>
          </w:p>
        </w:tc>
        <w:tc>
          <w:tcPr>
            <w:tcW w:w="2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F0112D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ADMIN/sql.php</w:t>
            </w:r>
          </w:p>
        </w:tc>
        <w:tc>
          <w:tcPr>
            <w:tcW w:w="3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CFA44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اجرای SQL؛ خطرناک و باید حفاظت شود.</w:t>
            </w:r>
          </w:p>
        </w:tc>
      </w:tr>
    </w:tbl>
    <w:p w14:paraId="5A9B398F" w14:textId="77777777" w:rsidR="00CD0806" w:rsidRDefault="00CD0806" w:rsidP="00987EEA">
      <w:pPr>
        <w:rPr>
          <w:rFonts w:hint="eastAsia"/>
        </w:rPr>
      </w:pPr>
    </w:p>
    <w:p w14:paraId="0FFC0C87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۱۳.۲. مسیرهای مشتری و CRM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6060"/>
      </w:tblGrid>
      <w:tr w:rsidR="00CD0806" w14:paraId="0AAEC621" w14:textId="77777777">
        <w:trPr>
          <w:tblHeader/>
        </w:trPr>
        <w:tc>
          <w:tcPr>
            <w:tcW w:w="33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7947E5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مسیر</w:t>
            </w:r>
          </w:p>
        </w:tc>
        <w:tc>
          <w:tcPr>
            <w:tcW w:w="60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C80683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کارکرد</w:t>
            </w:r>
          </w:p>
        </w:tc>
      </w:tr>
      <w:tr w:rsidR="00CD0806" w14:paraId="19574C58" w14:textId="77777777">
        <w:tc>
          <w:tcPr>
            <w:tcW w:w="3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F3A14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/modules/customers/</w:t>
            </w:r>
          </w:p>
        </w:tc>
        <w:tc>
          <w:tcPr>
            <w:tcW w:w="60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7DF61B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redirect به list.php.</w:t>
            </w:r>
          </w:p>
        </w:tc>
      </w:tr>
      <w:tr w:rsidR="00CD0806" w14:paraId="0A21955E" w14:textId="77777777"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1879F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/modules/customers/list.php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0C338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لیست مشتری.</w:t>
            </w:r>
          </w:p>
        </w:tc>
      </w:tr>
      <w:tr w:rsidR="00CD0806" w14:paraId="3EF49560" w14:textId="77777777">
        <w:tc>
          <w:tcPr>
            <w:tcW w:w="3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6BEA0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/modules/customers/add.php</w:t>
            </w:r>
          </w:p>
        </w:tc>
        <w:tc>
          <w:tcPr>
            <w:tcW w:w="60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FDCED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مشتری.</w:t>
            </w:r>
          </w:p>
        </w:tc>
      </w:tr>
      <w:tr w:rsidR="00CD0806" w14:paraId="381F93E1" w14:textId="77777777"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134F1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/modules/customers/edit.php?id=N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CE805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ویرایش مشتری.</w:t>
            </w:r>
          </w:p>
        </w:tc>
      </w:tr>
      <w:tr w:rsidR="00CD0806" w14:paraId="539924AA" w14:textId="77777777">
        <w:tc>
          <w:tcPr>
            <w:tcW w:w="3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78F0A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/modules/customers/profile.php?id=N</w:t>
            </w:r>
          </w:p>
        </w:tc>
        <w:tc>
          <w:tcPr>
            <w:tcW w:w="60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B4652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پروفایل مشتری.</w:t>
            </w:r>
          </w:p>
        </w:tc>
      </w:tr>
      <w:tr w:rsidR="00CD0806" w14:paraId="366D7BD4" w14:textId="77777777"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20811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/modules/customers/followups.php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047E4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لیست و مدیریت پیگیری.</w:t>
            </w:r>
          </w:p>
        </w:tc>
      </w:tr>
      <w:tr w:rsidR="00CD0806" w14:paraId="433F15D7" w14:textId="77777777">
        <w:tc>
          <w:tcPr>
            <w:tcW w:w="3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344E8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/modules/customers/visitor_change_list.php</w:t>
            </w:r>
          </w:p>
        </w:tc>
        <w:tc>
          <w:tcPr>
            <w:tcW w:w="60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B57B1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تاریخچه بازاریاب.</w:t>
            </w:r>
          </w:p>
        </w:tc>
      </w:tr>
      <w:tr w:rsidR="00CD0806" w14:paraId="71F40AB0" w14:textId="77777777"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35AAD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/modules/customers/process_customer.php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E84D8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POST/JSON ثبت، ویرایش و شهرها.</w:t>
            </w:r>
          </w:p>
        </w:tc>
      </w:tr>
      <w:tr w:rsidR="00CD0806" w14:paraId="73D41D25" w14:textId="77777777">
        <w:tc>
          <w:tcPr>
            <w:tcW w:w="33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4AF46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/modules/customers/followups_process.php</w:t>
            </w:r>
          </w:p>
        </w:tc>
        <w:tc>
          <w:tcPr>
            <w:tcW w:w="60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8FE86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POST/JSON پیگیری.</w:t>
            </w:r>
          </w:p>
        </w:tc>
      </w:tr>
      <w:tr w:rsidR="00CD0806" w14:paraId="41C06C53" w14:textId="77777777">
        <w:tc>
          <w:tcPr>
            <w:tcW w:w="3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6F113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/modules/customerscat/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F395A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دسته‌بندی مشتری.</w:t>
            </w:r>
          </w:p>
        </w:tc>
      </w:tr>
    </w:tbl>
    <w:p w14:paraId="0E088B64" w14:textId="77777777" w:rsidR="00CD0806" w:rsidRDefault="00CD0806" w:rsidP="00987EEA">
      <w:pPr>
        <w:rPr>
          <w:rtl/>
        </w:rPr>
      </w:pPr>
    </w:p>
    <w:p w14:paraId="25F79EF5" w14:textId="77777777" w:rsidR="00887A36" w:rsidRDefault="00887A36" w:rsidP="00987EEA">
      <w:pPr>
        <w:rPr>
          <w:rFonts w:hint="eastAsia"/>
        </w:rPr>
      </w:pPr>
    </w:p>
    <w:p w14:paraId="78D829A1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lastRenderedPageBreak/>
        <w:t>۱۳.۳. مسیرهای مدیریت سیستم و توزیع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CD0806" w14:paraId="6F325780" w14:textId="77777777">
        <w:trPr>
          <w:tblHeader/>
        </w:trPr>
        <w:tc>
          <w:tcPr>
            <w:tcW w:w="22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C20F6F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ماژول</w:t>
            </w:r>
          </w:p>
        </w:tc>
        <w:tc>
          <w:tcPr>
            <w:tcW w:w="71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D6D83D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صفحات</w:t>
            </w:r>
          </w:p>
        </w:tc>
      </w:tr>
      <w:tr w:rsidR="00CD0806" w14:paraId="7208E704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53C44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users</w:t>
            </w:r>
          </w:p>
        </w:tc>
        <w:tc>
          <w:tcPr>
            <w:tcW w:w="7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9ED97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index.php، add.php، edit.php، profile.php، process.php</w:t>
            </w:r>
          </w:p>
        </w:tc>
      </w:tr>
      <w:tr w:rsidR="00CD0806" w14:paraId="3195F6B2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93874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roles</w:t>
            </w:r>
          </w:p>
        </w:tc>
        <w:tc>
          <w:tcPr>
            <w:tcW w:w="7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B98E5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index.php، add.php، edit.php، process.php</w:t>
            </w:r>
          </w:p>
        </w:tc>
      </w:tr>
      <w:tr w:rsidR="00CD0806" w14:paraId="52C5F900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25DDC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locations</w:t>
            </w:r>
          </w:p>
        </w:tc>
        <w:tc>
          <w:tcPr>
            <w:tcW w:w="7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B9462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index.php، province_add.php، province_edit.php، city_add.php، city_edit.php، process.php</w:t>
            </w:r>
          </w:p>
        </w:tc>
      </w:tr>
      <w:tr w:rsidR="00CD0806" w14:paraId="3DF9B6DA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EE47E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vehicles</w:t>
            </w:r>
          </w:p>
        </w:tc>
        <w:tc>
          <w:tcPr>
            <w:tcW w:w="7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480BC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index.php، add.php، edit.php، profile.php، assignments.php، process.php</w:t>
            </w:r>
          </w:p>
        </w:tc>
      </w:tr>
      <w:tr w:rsidR="00CD0806" w14:paraId="7EDC87BF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E89AF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zones</w:t>
            </w:r>
          </w:p>
        </w:tc>
        <w:tc>
          <w:tcPr>
            <w:tcW w:w="7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8CEFE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index.php، add.php، edit.php، profile.php، assignments.php، process.php</w:t>
            </w:r>
          </w:p>
        </w:tc>
      </w:tr>
      <w:tr w:rsidR="00CD0806" w14:paraId="1D6F4685" w14:textId="77777777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509CE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logs</w:t>
            </w:r>
          </w:p>
        </w:tc>
        <w:tc>
          <w:tcPr>
            <w:tcW w:w="7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9F2C3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index.php، ajax/get_logs_list.php، js/logs_list.js</w:t>
            </w:r>
          </w:p>
        </w:tc>
      </w:tr>
      <w:tr w:rsidR="00CD0806" w14:paraId="5A25431F" w14:textId="77777777">
        <w:tc>
          <w:tcPr>
            <w:tcW w:w="22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F1135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adminsetting</w:t>
            </w:r>
          </w:p>
        </w:tc>
        <w:tc>
          <w:tcPr>
            <w:tcW w:w="71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7ECA5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adminpass.php، adminpass_process.php</w:t>
            </w:r>
          </w:p>
        </w:tc>
      </w:tr>
    </w:tbl>
    <w:p w14:paraId="628CDC18" w14:textId="77777777" w:rsidR="00CD0806" w:rsidRDefault="00CD0806" w:rsidP="00987EEA">
      <w:pPr>
        <w:rPr>
          <w:rFonts w:hint="eastAsia"/>
        </w:rPr>
      </w:pPr>
    </w:p>
    <w:p w14:paraId="50E46AC5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۱۳.۴. مسیرهای پنل بازاریاب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00"/>
        <w:gridCol w:w="1600"/>
        <w:gridCol w:w="4860"/>
      </w:tblGrid>
      <w:tr w:rsidR="00CD0806" w14:paraId="469A2B97" w14:textId="77777777">
        <w:trPr>
          <w:tblHeader/>
        </w:trPr>
        <w:tc>
          <w:tcPr>
            <w:tcW w:w="29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E0F08A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فایل</w:t>
            </w:r>
          </w:p>
        </w:tc>
        <w:tc>
          <w:tcPr>
            <w:tcW w:w="160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78CA55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نوع</w:t>
            </w:r>
          </w:p>
        </w:tc>
        <w:tc>
          <w:tcPr>
            <w:tcW w:w="4860" w:type="dxa"/>
            <w:shd w:val="clear" w:color="auto" w:fill="0277B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F6DD72" w14:textId="77777777" w:rsidR="00CD0806" w:rsidRDefault="00000000" w:rsidP="00987EEA">
            <w:pPr>
              <w:bidi/>
              <w:spacing w:after="0" w:line="259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  <w:szCs w:val="17"/>
                <w:rtl/>
              </w:rPr>
              <w:t>شرح</w:t>
            </w:r>
          </w:p>
        </w:tc>
      </w:tr>
      <w:tr w:rsidR="00CD0806" w14:paraId="22B5817A" w14:textId="77777777">
        <w:tc>
          <w:tcPr>
            <w:tcW w:w="2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8728A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_bootstrap.php</w:t>
            </w:r>
          </w:p>
        </w:tc>
        <w:tc>
          <w:tcPr>
            <w:tcW w:w="16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2F099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shared</w:t>
            </w:r>
          </w:p>
        </w:tc>
        <w:tc>
          <w:tcPr>
            <w:tcW w:w="4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8F18C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session و helper.</w:t>
            </w:r>
          </w:p>
        </w:tc>
      </w:tr>
      <w:tr w:rsidR="00CD0806" w14:paraId="4C34D93E" w14:textId="77777777">
        <w:tc>
          <w:tcPr>
            <w:tcW w:w="2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34E53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index.php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4B065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page</w:t>
            </w:r>
          </w:p>
        </w:tc>
        <w:tc>
          <w:tcPr>
            <w:tcW w:w="4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3E0AE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داشبورد.</w:t>
            </w:r>
          </w:p>
        </w:tc>
      </w:tr>
      <w:tr w:rsidR="00CD0806" w14:paraId="33570B74" w14:textId="77777777">
        <w:tc>
          <w:tcPr>
            <w:tcW w:w="2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7F088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customers.php</w:t>
            </w:r>
          </w:p>
        </w:tc>
        <w:tc>
          <w:tcPr>
            <w:tcW w:w="16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75DC5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page</w:t>
            </w:r>
          </w:p>
        </w:tc>
        <w:tc>
          <w:tcPr>
            <w:tcW w:w="4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928DD0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مشتریان من.</w:t>
            </w:r>
          </w:p>
        </w:tc>
      </w:tr>
      <w:tr w:rsidR="00CD0806" w14:paraId="31CD9EDF" w14:textId="77777777">
        <w:tc>
          <w:tcPr>
            <w:tcW w:w="2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5F1F0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customer.php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36511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page</w:t>
            </w:r>
          </w:p>
        </w:tc>
        <w:tc>
          <w:tcPr>
            <w:tcW w:w="4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D1E1BA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پروفایل مشتری.</w:t>
            </w:r>
          </w:p>
        </w:tc>
      </w:tr>
      <w:tr w:rsidR="00CD0806" w14:paraId="4BE8D4E1" w14:textId="77777777">
        <w:tc>
          <w:tcPr>
            <w:tcW w:w="2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54A60E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customer_create.php</w:t>
            </w:r>
          </w:p>
        </w:tc>
        <w:tc>
          <w:tcPr>
            <w:tcW w:w="16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734725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page</w:t>
            </w:r>
          </w:p>
        </w:tc>
        <w:tc>
          <w:tcPr>
            <w:tcW w:w="4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7D2B09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فرم ثبت.</w:t>
            </w:r>
          </w:p>
        </w:tc>
      </w:tr>
      <w:tr w:rsidR="00CD0806" w14:paraId="2CB03C36" w14:textId="77777777">
        <w:tc>
          <w:tcPr>
            <w:tcW w:w="2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3BA90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customer_process.php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D17ED1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endpoint</w:t>
            </w:r>
          </w:p>
        </w:tc>
        <w:tc>
          <w:tcPr>
            <w:tcW w:w="4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FACDA7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 مشتری.</w:t>
            </w:r>
          </w:p>
        </w:tc>
      </w:tr>
      <w:tr w:rsidR="00CD0806" w14:paraId="11E7CC64" w14:textId="77777777">
        <w:tc>
          <w:tcPr>
            <w:tcW w:w="2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02B47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cities.php</w:t>
            </w:r>
          </w:p>
        </w:tc>
        <w:tc>
          <w:tcPr>
            <w:tcW w:w="16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D212B3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endpoint</w:t>
            </w:r>
          </w:p>
        </w:tc>
        <w:tc>
          <w:tcPr>
            <w:tcW w:w="4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240BD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شهرها.</w:t>
            </w:r>
          </w:p>
        </w:tc>
      </w:tr>
      <w:tr w:rsidR="00CD0806" w14:paraId="46A1BB1B" w14:textId="77777777">
        <w:tc>
          <w:tcPr>
            <w:tcW w:w="2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98E50F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followups.php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9823E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page</w:t>
            </w:r>
          </w:p>
        </w:tc>
        <w:tc>
          <w:tcPr>
            <w:tcW w:w="4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A70CC4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پیگیری‌های من.</w:t>
            </w:r>
          </w:p>
        </w:tc>
      </w:tr>
      <w:tr w:rsidR="00CD0806" w14:paraId="268E1955" w14:textId="77777777">
        <w:tc>
          <w:tcPr>
            <w:tcW w:w="29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93D70C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followup_process.php</w:t>
            </w:r>
          </w:p>
        </w:tc>
        <w:tc>
          <w:tcPr>
            <w:tcW w:w="160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ADB1D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endpoint</w:t>
            </w:r>
          </w:p>
        </w:tc>
        <w:tc>
          <w:tcPr>
            <w:tcW w:w="4860" w:type="dxa"/>
            <w:shd w:val="clear" w:color="auto" w:fill="F5F7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8C4DB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ثبت/انجام پیگیری.</w:t>
            </w:r>
          </w:p>
        </w:tc>
      </w:tr>
      <w:tr w:rsidR="00CD0806" w14:paraId="78A5768F" w14:textId="77777777">
        <w:tc>
          <w:tcPr>
            <w:tcW w:w="2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6EA008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password.php / password_process.php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FE17B2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page/endpoint</w:t>
            </w:r>
          </w:p>
        </w:tc>
        <w:tc>
          <w:tcPr>
            <w:tcW w:w="4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DFB166" w14:textId="77777777" w:rsidR="00CD0806" w:rsidRDefault="00000000" w:rsidP="00987EEA">
            <w:pPr>
              <w:bidi/>
              <w:spacing w:after="20" w:line="259" w:lineRule="auto"/>
              <w:rPr>
                <w:rFonts w:hint="eastAsia"/>
              </w:rPr>
            </w:pPr>
            <w:r>
              <w:rPr>
                <w:color w:val="263238"/>
                <w:sz w:val="17"/>
                <w:szCs w:val="17"/>
                <w:rtl/>
              </w:rPr>
              <w:t>تغییر رمز.</w:t>
            </w:r>
          </w:p>
        </w:tc>
      </w:tr>
    </w:tbl>
    <w:p w14:paraId="7EC24A5A" w14:textId="77777777" w:rsidR="00CD0806" w:rsidRDefault="00CD0806" w:rsidP="00987EEA">
      <w:pPr>
        <w:rPr>
          <w:rtl/>
        </w:rPr>
      </w:pPr>
    </w:p>
    <w:p w14:paraId="583812CC" w14:textId="77777777" w:rsidR="00887A36" w:rsidRDefault="00887A36" w:rsidP="00987EEA">
      <w:pPr>
        <w:rPr>
          <w:rtl/>
        </w:rPr>
      </w:pPr>
    </w:p>
    <w:p w14:paraId="02548686" w14:textId="77777777" w:rsidR="00887A36" w:rsidRDefault="00887A36" w:rsidP="00987EEA">
      <w:pPr>
        <w:rPr>
          <w:rtl/>
        </w:rPr>
      </w:pPr>
    </w:p>
    <w:p w14:paraId="089AB259" w14:textId="77777777" w:rsidR="00887A36" w:rsidRDefault="00887A36" w:rsidP="00987EEA">
      <w:pPr>
        <w:rPr>
          <w:rFonts w:hint="eastAsia"/>
        </w:rPr>
      </w:pPr>
    </w:p>
    <w:p w14:paraId="7EAB4904" w14:textId="77777777" w:rsidR="00CD0806" w:rsidRDefault="00000000" w:rsidP="00987EEA">
      <w:pPr>
        <w:pStyle w:val="Heading1"/>
        <w:bidi/>
        <w:spacing w:before="320" w:after="140"/>
      </w:pPr>
      <w:r>
        <w:rPr>
          <w:rFonts w:ascii="Vazirmatn" w:hAnsi="Vazirmatn" w:cs="Vazirmatn"/>
          <w:szCs w:val="32"/>
          <w:rtl/>
        </w:rPr>
        <w:lastRenderedPageBreak/>
        <w:t>۱۴. جمع‌بندی عملیاتی</w:t>
      </w:r>
    </w:p>
    <w:p w14:paraId="0C1D1511" w14:textId="77777777" w:rsidR="00CD0806" w:rsidRDefault="00000000" w:rsidP="00987EEA">
      <w:pPr>
        <w:bidi/>
        <w:rPr>
          <w:rFonts w:hint="eastAsia"/>
        </w:rPr>
      </w:pPr>
      <w:r>
        <w:rPr>
          <w:color w:val="263238"/>
          <w:szCs w:val="20"/>
          <w:rtl/>
        </w:rPr>
        <w:t>پروژه از نظر هسته CRM، مدل مشتری، مالکیت بازاریاب، پیگیری و تاریخچه، پایه قابل استفاده‌ای دارد. مسیر پیشنهادی برای بهره‌برداری ایمن این است که ابتدا موارد بحرانی فصل ۱۲ اصلاح شوند، سپس migration و داده seed پایدار شوند، بعد تست‌های فصل ۱۰ در یک محیط تمیز اجرا و مستند گردند.</w:t>
      </w:r>
    </w:p>
    <w:p w14:paraId="52BDF555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۱۴.۱. ترتیب اولویت اصلاح</w:t>
      </w:r>
    </w:p>
    <w:p w14:paraId="5C7994A5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بستن یا حفاظت کامل ADMIN/sql.php.</w:t>
      </w:r>
    </w:p>
    <w:p w14:paraId="3F4864D1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حذف root بدون رمز و انتقال secrets به تنظیمات محیطی.</w:t>
      </w:r>
    </w:p>
    <w:p w14:paraId="57508ED3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افزودن CSRF به تمام POSTهای پنل مدیریت.</w:t>
      </w:r>
    </w:p>
    <w:p w14:paraId="488419E1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رفع مسیرهای شکسته reports، support، forms، search و حذف مشتری.</w:t>
      </w:r>
    </w:p>
    <w:p w14:paraId="0EE1B5CB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پاک‌سازی داشبورد و خروجی‌های debug.</w:t>
      </w:r>
    </w:p>
    <w:p w14:paraId="0407D330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اصلاح idempotency فایل‌های SQL و ایجاد نسخه‌بندی migration.</w:t>
      </w:r>
    </w:p>
    <w:p w14:paraId="3B3D92E2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تعریف سیاست حذف مشتری و assignmentهای فعال در سطح دیتابیس.</w:t>
      </w:r>
    </w:p>
    <w:p w14:paraId="4438B5A7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تکمیل تست‌های RBAC و قرارداد کسب‌وکاری lifecycle.</w:t>
      </w:r>
    </w:p>
    <w:p w14:paraId="4E9DA16E" w14:textId="77777777" w:rsidR="00CD0806" w:rsidRDefault="00000000" w:rsidP="00987EEA">
      <w:pPr>
        <w:pStyle w:val="ListNumber"/>
        <w:bidi/>
        <w:spacing w:after="80"/>
        <w:ind w:left="547" w:right="144" w:hanging="317"/>
        <w:rPr>
          <w:rFonts w:hint="eastAsia"/>
        </w:rPr>
      </w:pPr>
      <w:r>
        <w:rPr>
          <w:color w:val="263238"/>
          <w:szCs w:val="20"/>
          <w:rtl/>
        </w:rPr>
        <w:t>سپس refactor تدریجی منطق تکراری مشتری/پیگیری به helper یا service مشترک.</w:t>
      </w:r>
    </w:p>
    <w:p w14:paraId="1046EA08" w14:textId="77777777" w:rsidR="00CD0806" w:rsidRDefault="00000000" w:rsidP="00987EEA">
      <w:pPr>
        <w:pStyle w:val="Heading2"/>
        <w:bidi/>
        <w:spacing w:before="220" w:after="100"/>
      </w:pPr>
      <w:r>
        <w:rPr>
          <w:rFonts w:ascii="Vazirmatn" w:hAnsi="Vazirmatn" w:cs="Vazirmatn"/>
          <w:rtl/>
        </w:rPr>
        <w:t>۱۴.۲. چک‌لیست تحویل نسخه تست</w:t>
      </w:r>
    </w:p>
    <w:p w14:paraId="0B8CEC0F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دیتابیس از صفر نصب شد.</w:t>
      </w:r>
    </w:p>
    <w:p w14:paraId="3848A2F0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داده تست پاک و دوباره درج شد.</w:t>
      </w:r>
    </w:p>
    <w:p w14:paraId="559FA076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admin، visitor_1، visitor_2 و driverها تست شدند.</w:t>
      </w:r>
    </w:p>
    <w:p w14:paraId="67DBAF73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تمام URLهای مجاز و غیرمجاز بررسی شدند.</w:t>
      </w:r>
    </w:p>
    <w:p w14:paraId="71E6ADC9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ثبت مشتری، ویرایش، تصویر، assignment و CRM تست شد.</w:t>
      </w:r>
    </w:p>
    <w:p w14:paraId="39A5DE26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ثبت/انجام/لغو پیگیری و next_follow_up_at بررسی شد.</w:t>
      </w:r>
    </w:p>
    <w:p w14:paraId="2B482176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لاگ‌های مهم قابل جست‌وجو و قابل تطبیق با عملیات هستند.</w:t>
      </w:r>
    </w:p>
    <w:p w14:paraId="0938748D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ابزار SQL از دسترس عمومی خارج است.</w:t>
      </w:r>
    </w:p>
    <w:p w14:paraId="55DC000A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خطاهای PHP و 404های منابع در مرورگر باقی نمانده‌اند.</w:t>
      </w:r>
    </w:p>
    <w:p w14:paraId="73FA7006" w14:textId="77777777" w:rsidR="00CD0806" w:rsidRDefault="00000000" w:rsidP="00987EEA">
      <w:pPr>
        <w:pStyle w:val="ListBullet"/>
        <w:bidi/>
        <w:spacing w:after="60"/>
        <w:ind w:right="144" w:hanging="230"/>
        <w:rPr>
          <w:rFonts w:hint="eastAsia"/>
        </w:rPr>
      </w:pPr>
      <w:r>
        <w:rPr>
          <w:color w:val="263238"/>
          <w:szCs w:val="20"/>
          <w:rtl/>
        </w:rPr>
        <w:t>□ backup و rollback دیتابیس قبل از استقرار تهیه شده است.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D0806" w14:paraId="0084A30C" w14:textId="77777777">
        <w:tc>
          <w:tcPr>
            <w:tcW w:w="9360" w:type="dxa"/>
            <w:shd w:val="clear" w:color="auto" w:fill="E1F5FE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9A881B3" w14:textId="77777777" w:rsidR="00CD0806" w:rsidRDefault="00000000" w:rsidP="00987EEA">
            <w:pPr>
              <w:bidi/>
              <w:spacing w:after="0"/>
              <w:rPr>
                <w:rFonts w:hint="eastAsia"/>
              </w:rPr>
            </w:pPr>
            <w:r>
              <w:rPr>
                <w:b/>
                <w:color w:val="12344D"/>
                <w:szCs w:val="20"/>
                <w:rtl/>
              </w:rPr>
              <w:t xml:space="preserve">نتیجه نهایی: </w:t>
            </w:r>
            <w:r>
              <w:rPr>
                <w:color w:val="12344D"/>
                <w:szCs w:val="20"/>
                <w:rtl/>
              </w:rPr>
              <w:t>این سند وضعیت کد موجود را توصیف می‌کند، نه الزاماً وضعیت مطلوب کسب‌وکار. هرجا رفتار فعلی با تصمیم سازمانی متفاوت است، تصمیم رسمی باید به permission، migration، تست و سپس کد تبدیل شود.</w:t>
            </w:r>
          </w:p>
        </w:tc>
      </w:tr>
    </w:tbl>
    <w:p w14:paraId="7B6FAFDD" w14:textId="77777777" w:rsidR="00CD0806" w:rsidRDefault="00CD0806" w:rsidP="00987EEA">
      <w:pPr>
        <w:rPr>
          <w:rFonts w:hint="eastAsia"/>
        </w:rPr>
      </w:pPr>
    </w:p>
    <w:sectPr w:rsidR="00CD0806" w:rsidSect="00987EEA">
      <w:headerReference w:type="default" r:id="rId8"/>
      <w:footerReference w:type="default" r:id="rId9"/>
      <w:pgSz w:w="11906" w:h="16838" w:code="9"/>
      <w:pgMar w:top="1037" w:right="1123" w:bottom="1008" w:left="1123" w:header="461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F8051" w14:textId="77777777" w:rsidR="00F36897" w:rsidRDefault="00F3689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5680F31" w14:textId="77777777" w:rsidR="00F36897" w:rsidRDefault="00F3689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matn">
    <w:panose1 w:val="00000000000000000000"/>
    <w:charset w:val="00"/>
    <w:family w:val="auto"/>
    <w:pitch w:val="variable"/>
    <w:sig w:usb0="8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BDB09" w14:textId="77777777" w:rsidR="00CD0806" w:rsidRDefault="00000000">
    <w:pPr>
      <w:pStyle w:val="Footer"/>
      <w:bidi/>
      <w:spacing w:line="283" w:lineRule="auto"/>
      <w:jc w:val="center"/>
      <w:rPr>
        <w:rFonts w:hint="eastAsia"/>
      </w:rPr>
    </w:pPr>
    <w:r>
      <w:rPr>
        <w:color w:val="607D8B"/>
        <w:sz w:val="16"/>
        <w:szCs w:val="16"/>
        <w:rtl/>
      </w:rPr>
      <w:t xml:space="preserve">نسخه </w:t>
    </w:r>
    <w:r>
      <w:rPr>
        <w:color w:val="607D8B"/>
        <w:sz w:val="16"/>
        <w:szCs w:val="16"/>
        <w:rtl/>
      </w:rPr>
      <w:t>بررسی داخلی | وضعیت پروژه تا ۲۲ مرداد ۱۴۰۵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FF844" w14:textId="77777777" w:rsidR="00F36897" w:rsidRDefault="00F3689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10E002B" w14:textId="77777777" w:rsidR="00F36897" w:rsidRDefault="00F3689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687FC" w14:textId="77777777" w:rsidR="00CD0806" w:rsidRDefault="00000000">
    <w:pPr>
      <w:pStyle w:val="Header"/>
      <w:bidi/>
      <w:spacing w:line="283" w:lineRule="auto"/>
      <w:jc w:val="right"/>
      <w:rPr>
        <w:rFonts w:hint="eastAsia"/>
      </w:rPr>
    </w:pPr>
    <w:r>
      <w:rPr>
        <w:color w:val="607D8B"/>
        <w:sz w:val="16"/>
        <w:szCs w:val="16"/>
        <w:rtl/>
      </w:rPr>
      <w:t>راهنمای جامع فنی و تست CRM آتش فراز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1446757">
    <w:abstractNumId w:val="8"/>
  </w:num>
  <w:num w:numId="2" w16cid:durableId="351420938">
    <w:abstractNumId w:val="6"/>
  </w:num>
  <w:num w:numId="3" w16cid:durableId="1898274718">
    <w:abstractNumId w:val="5"/>
  </w:num>
  <w:num w:numId="4" w16cid:durableId="1023242338">
    <w:abstractNumId w:val="4"/>
  </w:num>
  <w:num w:numId="5" w16cid:durableId="665792075">
    <w:abstractNumId w:val="7"/>
  </w:num>
  <w:num w:numId="6" w16cid:durableId="1932857541">
    <w:abstractNumId w:val="3"/>
  </w:num>
  <w:num w:numId="7" w16cid:durableId="1670251727">
    <w:abstractNumId w:val="2"/>
  </w:num>
  <w:num w:numId="8" w16cid:durableId="1226644906">
    <w:abstractNumId w:val="1"/>
  </w:num>
  <w:num w:numId="9" w16cid:durableId="451826258">
    <w:abstractNumId w:val="0"/>
  </w:num>
  <w:num w:numId="10" w16cid:durableId="102872433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87A36"/>
    <w:rsid w:val="00987EEA"/>
    <w:rsid w:val="00AA1D8D"/>
    <w:rsid w:val="00B17E3C"/>
    <w:rsid w:val="00B47730"/>
    <w:rsid w:val="00CB0664"/>
    <w:rsid w:val="00CD0806"/>
    <w:rsid w:val="00F368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/"/>
  <w:listSeparator w:val=","/>
  <w14:docId w14:val="20F72E34"/>
  <w14:defaultImageDpi w14:val="300"/>
  <w15:docId w15:val="{76C3BA9F-E5BB-4166-A192-86CC0838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Vazirmatn" w:hAnsi="Vazirmatn" w:cs="Vazirmat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277B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277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2344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30</Pages>
  <Words>6023</Words>
  <Characters>34337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مستند جامع پروژه CRM آتش فراز</vt:lpstr>
    </vt:vector>
  </TitlesOfParts>
  <Manager/>
  <Company/>
  <LinksUpToDate>false</LinksUpToDate>
  <CharactersWithSpaces>40280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 جامع پروژه CRM آتش فراز</dc:title>
  <dc:subject>معماری، دیتابیس، پنل مدیریت، پنل بازاریاب و تست</dc:subject>
  <dc:creator>Atash Faraz CRM</dc:creator>
  <cp:keywords/>
  <dc:description>تهیه‌شده بر اساس وضعیت کد پروژه در ۲۲ مرداد ۱۴۰۵</dc:description>
  <cp:lastModifiedBy>AminSoroush</cp:lastModifiedBy>
  <cp:revision>2</cp:revision>
  <dcterms:created xsi:type="dcterms:W3CDTF">2013-12-23T23:15:00Z</dcterms:created>
  <dcterms:modified xsi:type="dcterms:W3CDTF">2026-08-13T18:26:00Z</dcterms:modified>
  <cp:category/>
</cp:coreProperties>
</file>